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2E3B58" w14:textId="1A5DD392" w:rsidR="0094514B" w:rsidRDefault="00624A0E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0822080" behindDoc="0" locked="0" layoutInCell="1" allowOverlap="1" wp14:anchorId="35975DD8" wp14:editId="43F39482">
                <wp:simplePos x="0" y="0"/>
                <wp:positionH relativeFrom="page">
                  <wp:posOffset>6057900</wp:posOffset>
                </wp:positionH>
                <wp:positionV relativeFrom="page">
                  <wp:posOffset>7663180</wp:posOffset>
                </wp:positionV>
                <wp:extent cx="1282700" cy="381000"/>
                <wp:effectExtent l="0" t="0" r="0" b="0"/>
                <wp:wrapNone/>
                <wp:docPr id="588001393" name="ace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D5F03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Continuous Learning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75DD8" id="ace233" o:spid="_x0000_s1026" style="position:absolute;margin-left:477pt;margin-top:603.4pt;width:101pt;height:30pt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" filled="f" stroked="f" strokecolor="white" strokeweight=".7pt">
                <v:path arrowok="t"/>
                <v:textbox inset="0,0,0,0">
                  <w:txbxContent>
                    <w:p w14:paraId="603D5F03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Continuous Learning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 wp14:anchorId="4C2C0D64" wp14:editId="510A9C3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298700"/>
                <wp:effectExtent l="0" t="0" r="0" b="0"/>
                <wp:wrapNone/>
                <wp:docPr id="391249193" name="ac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22987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D6D02" id="ace1" o:spid="_x0000_s1026" style="position:absolute;margin-left:0;margin-top:0;width:612pt;height:181pt;z-index: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 wp14:anchorId="1F175FCB" wp14:editId="5EC2AD9C">
                <wp:simplePos x="0" y="0"/>
                <wp:positionH relativeFrom="page">
                  <wp:posOffset>5816600</wp:posOffset>
                </wp:positionH>
                <wp:positionV relativeFrom="page">
                  <wp:posOffset>444500</wp:posOffset>
                </wp:positionV>
                <wp:extent cx="558800" cy="660400"/>
                <wp:effectExtent l="0" t="0" r="12700" b="12700"/>
                <wp:wrapNone/>
                <wp:docPr id="654202029" name="ac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" cy="6604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15C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552C4" id="ace3" o:spid="_x0000_s1026" style="position:absolute;margin-left:458pt;margin-top:35pt;width:44pt;height:52pt;z-index: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" path="m,l1000,1000e" filled="f" strokecolor="#315c78" strokeweight="1pt">
                <v:path arrowok="t" o:connecttype="custom" o:connectlocs="0,0;558800,6604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6D8B22B8" wp14:editId="0DBFE003">
                <wp:simplePos x="0" y="0"/>
                <wp:positionH relativeFrom="page">
                  <wp:posOffset>5765800</wp:posOffset>
                </wp:positionH>
                <wp:positionV relativeFrom="page">
                  <wp:posOffset>393700</wp:posOffset>
                </wp:positionV>
                <wp:extent cx="101600" cy="101600"/>
                <wp:effectExtent l="0" t="0" r="0" b="0"/>
                <wp:wrapNone/>
                <wp:docPr id="1623916393" name="ac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ellipse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54467C" id="ace4" o:spid="_x0000_s1026" style="position:absolute;margin-left:454pt;margin-top:31pt;width:8pt;height:8pt;z-index: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" fillcolor="#008c98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15018D9D" wp14:editId="77A26E30">
                <wp:simplePos x="0" y="0"/>
                <wp:positionH relativeFrom="page">
                  <wp:posOffset>6375400</wp:posOffset>
                </wp:positionH>
                <wp:positionV relativeFrom="page">
                  <wp:posOffset>635000</wp:posOffset>
                </wp:positionV>
                <wp:extent cx="673100" cy="469900"/>
                <wp:effectExtent l="0" t="0" r="12700" b="12700"/>
                <wp:wrapNone/>
                <wp:docPr id="320708247" name="ac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3100" cy="46990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15C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BA2C1" id="ace6" o:spid="_x0000_s1026" style="position:absolute;margin-left:502pt;margin-top:50pt;width:53pt;height:37pt;z-index: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" path="m,1000l1000,e" filled="f" strokecolor="#315c78" strokeweight="1pt">
                <v:path arrowok="t" o:connecttype="custom" o:connectlocs="0,469900;67310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2D6A2372" wp14:editId="5BDE9791">
                <wp:simplePos x="0" y="0"/>
                <wp:positionH relativeFrom="page">
                  <wp:posOffset>6997700</wp:posOffset>
                </wp:positionH>
                <wp:positionV relativeFrom="page">
                  <wp:posOffset>584200</wp:posOffset>
                </wp:positionV>
                <wp:extent cx="101600" cy="101600"/>
                <wp:effectExtent l="0" t="0" r="0" b="0"/>
                <wp:wrapNone/>
                <wp:docPr id="1165819630" name="ac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ellipse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DB2BBC" id="ace7" o:spid="_x0000_s1026" style="position:absolute;margin-left:551pt;margin-top:46pt;width:8pt;height:8pt;z-index: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" fillcolor="#008c98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056976A3" wp14:editId="39F90057">
                <wp:simplePos x="0" y="0"/>
                <wp:positionH relativeFrom="page">
                  <wp:posOffset>6375400</wp:posOffset>
                </wp:positionH>
                <wp:positionV relativeFrom="page">
                  <wp:posOffset>1104900</wp:posOffset>
                </wp:positionV>
                <wp:extent cx="749300" cy="520700"/>
                <wp:effectExtent l="0" t="0" r="12700" b="12700"/>
                <wp:wrapNone/>
                <wp:docPr id="1551362831" name="ac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9300" cy="5207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15C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541DF" id="ace9" o:spid="_x0000_s1026" style="position:absolute;margin-left:502pt;margin-top:87pt;width:59pt;height:41pt;z-index: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" path="m,l1000,1000e" filled="f" strokecolor="#315c78" strokeweight="1pt">
                <v:path arrowok="t" o:connecttype="custom" o:connectlocs="0,0;749300,5207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208EDB21" wp14:editId="23794C71">
                <wp:simplePos x="0" y="0"/>
                <wp:positionH relativeFrom="page">
                  <wp:posOffset>7073900</wp:posOffset>
                </wp:positionH>
                <wp:positionV relativeFrom="page">
                  <wp:posOffset>1574800</wp:posOffset>
                </wp:positionV>
                <wp:extent cx="101600" cy="101600"/>
                <wp:effectExtent l="0" t="0" r="0" b="0"/>
                <wp:wrapNone/>
                <wp:docPr id="7139219" name="ac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ellipse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83B155" id="ace10" o:spid="_x0000_s1026" style="position:absolute;margin-left:557pt;margin-top:124pt;width:8pt;height:8pt;z-index: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" fillcolor="#008c98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7F766184" wp14:editId="7B87F651">
                <wp:simplePos x="0" y="0"/>
                <wp:positionH relativeFrom="page">
                  <wp:posOffset>5588000</wp:posOffset>
                </wp:positionH>
                <wp:positionV relativeFrom="page">
                  <wp:posOffset>1104900</wp:posOffset>
                </wp:positionV>
                <wp:extent cx="787400" cy="673100"/>
                <wp:effectExtent l="0" t="0" r="12700" b="12700"/>
                <wp:wrapNone/>
                <wp:docPr id="1200254865" name="ac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67310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15C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54927" id="ace12" o:spid="_x0000_s1026" style="position:absolute;margin-left:440pt;margin-top:87pt;width:62pt;height:53pt;z-index: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" path="m,1000l1000,e" filled="f" strokecolor="#315c78" strokeweight="1pt">
                <v:path arrowok="t" o:connecttype="custom" o:connectlocs="0,673100;78740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2A017AE3" wp14:editId="15D41AE1">
                <wp:simplePos x="0" y="0"/>
                <wp:positionH relativeFrom="page">
                  <wp:posOffset>5537200</wp:posOffset>
                </wp:positionH>
                <wp:positionV relativeFrom="page">
                  <wp:posOffset>1727200</wp:posOffset>
                </wp:positionV>
                <wp:extent cx="101600" cy="101600"/>
                <wp:effectExtent l="0" t="0" r="0" b="0"/>
                <wp:wrapNone/>
                <wp:docPr id="1679275271" name="ac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ellipse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9F8739" id="ace13" o:spid="_x0000_s1026" style="position:absolute;margin-left:436pt;margin-top:136pt;width:8pt;height:8pt;z-index: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" fillcolor="#008c98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0517D700" wp14:editId="7E9FC362">
                <wp:simplePos x="0" y="0"/>
                <wp:positionH relativeFrom="page">
                  <wp:posOffset>5880100</wp:posOffset>
                </wp:positionH>
                <wp:positionV relativeFrom="page">
                  <wp:posOffset>609600</wp:posOffset>
                </wp:positionV>
                <wp:extent cx="990600" cy="990600"/>
                <wp:effectExtent l="0" t="0" r="12700" b="12700"/>
                <wp:wrapNone/>
                <wp:docPr id="2056139544" name="ac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990600"/>
                        </a:xfrm>
                        <a:prstGeom prst="roundRect">
                          <a:avLst>
                            <a:gd name="adj" fmla="val 20000"/>
                          </a:avLst>
                        </a:prstGeom>
                        <a:solidFill>
                          <a:srgbClr val="194965"/>
                        </a:solidFill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9FC701" id="ace14" o:spid="_x0000_s1026" style="position:absolute;margin-left:463pt;margin-top:48pt;width:78pt;height:78pt;z-index: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107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" fillcolor="#194965" strokecolor="#008c98" strokeweight=".7pt">
                <v:path arrowok="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52178322" wp14:editId="6B0E84D8">
                <wp:simplePos x="0" y="0"/>
                <wp:positionH relativeFrom="page">
                  <wp:posOffset>6210300</wp:posOffset>
                </wp:positionH>
                <wp:positionV relativeFrom="page">
                  <wp:posOffset>952500</wp:posOffset>
                </wp:positionV>
                <wp:extent cx="330200" cy="330200"/>
                <wp:effectExtent l="0" t="0" r="12700" b="12700"/>
                <wp:wrapNone/>
                <wp:docPr id="1910608753" name="ac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71DFD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77156" id="ace15" o:spid="_x0000_s1026" style="position:absolute;margin-left:489pt;margin-top:75pt;width:26pt;height:26pt;z-index: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" filled="f" strokecolor="#71dfdd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270B35FA" wp14:editId="742273AF">
                <wp:simplePos x="0" y="0"/>
                <wp:positionH relativeFrom="page">
                  <wp:posOffset>6276340</wp:posOffset>
                </wp:positionH>
                <wp:positionV relativeFrom="page">
                  <wp:posOffset>840105</wp:posOffset>
                </wp:positionV>
                <wp:extent cx="1270" cy="99060"/>
                <wp:effectExtent l="12700" t="12700" r="24130" b="15240"/>
                <wp:wrapNone/>
                <wp:docPr id="440986628" name="ac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9906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43CEB" id="ace17" o:spid="_x0000_s1026" style="position:absolute;margin-left:494.2pt;margin-top:66.15pt;width:.1pt;height:7.8pt;z-index: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" path="m,l1000,1000e" filled="f" strokecolor="#71dfdd" strokeweight="1.5pt">
                <v:path arrowok="t" o:connecttype="custom" o:connectlocs="0,0;1270,9906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68BD05CB" wp14:editId="36943B4D">
                <wp:simplePos x="0" y="0"/>
                <wp:positionH relativeFrom="page">
                  <wp:posOffset>6276340</wp:posOffset>
                </wp:positionH>
                <wp:positionV relativeFrom="page">
                  <wp:posOffset>1296035</wp:posOffset>
                </wp:positionV>
                <wp:extent cx="1270" cy="105410"/>
                <wp:effectExtent l="12700" t="12700" r="24130" b="8890"/>
                <wp:wrapNone/>
                <wp:docPr id="1773757347" name="ac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0541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9E6B4" id="ace19" o:spid="_x0000_s1026" style="position:absolute;margin-left:494.2pt;margin-top:102.05pt;width:.1pt;height:8.3pt;z-index: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" path="m,l1000,1000e" filled="f" strokecolor="#71dfdd" strokeweight="1.5pt">
                <v:path arrowok="t" o:connecttype="custom" o:connectlocs="0,0;1270,10541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6FB3CACB" wp14:editId="5F77B512">
                <wp:simplePos x="0" y="0"/>
                <wp:positionH relativeFrom="page">
                  <wp:posOffset>6097905</wp:posOffset>
                </wp:positionH>
                <wp:positionV relativeFrom="page">
                  <wp:posOffset>1018540</wp:posOffset>
                </wp:positionV>
                <wp:extent cx="99060" cy="1270"/>
                <wp:effectExtent l="12700" t="12700" r="15240" b="24130"/>
                <wp:wrapNone/>
                <wp:docPr id="784323133" name="ac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9DB2A" id="ace21" o:spid="_x0000_s1026" style="position:absolute;margin-left:480.15pt;margin-top:80.2pt;width:7.8pt;height:.1pt;z-index: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" path="m,l1000,1000e" filled="f" strokecolor="#71dfdd" strokeweight="1.5pt">
                <v:path arrowok="t" o:connecttype="custom" o:connectlocs="0,0;9906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0E6A5FF7" wp14:editId="21F033D7">
                <wp:simplePos x="0" y="0"/>
                <wp:positionH relativeFrom="page">
                  <wp:posOffset>6553835</wp:posOffset>
                </wp:positionH>
                <wp:positionV relativeFrom="page">
                  <wp:posOffset>1018540</wp:posOffset>
                </wp:positionV>
                <wp:extent cx="105410" cy="1270"/>
                <wp:effectExtent l="12700" t="12700" r="8890" b="24130"/>
                <wp:wrapNone/>
                <wp:docPr id="125934617" name="ac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C5E21" id="ace23" o:spid="_x0000_s1026" style="position:absolute;margin-left:516.05pt;margin-top:80.2pt;width:8.3pt;height:.1pt;z-index: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" path="m,l1000,1000e" filled="f" strokecolor="#71dfdd" strokeweight="1.5pt">
                <v:path arrowok="t" o:connecttype="custom" o:connectlocs="0,0;10541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17017FEC" wp14:editId="2F9538C8">
                <wp:simplePos x="0" y="0"/>
                <wp:positionH relativeFrom="page">
                  <wp:posOffset>6375400</wp:posOffset>
                </wp:positionH>
                <wp:positionV relativeFrom="page">
                  <wp:posOffset>840105</wp:posOffset>
                </wp:positionV>
                <wp:extent cx="1270" cy="99060"/>
                <wp:effectExtent l="12700" t="12700" r="24130" b="15240"/>
                <wp:wrapNone/>
                <wp:docPr id="56661685" name="ac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9906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06CA5" id="ace25" o:spid="_x0000_s1026" style="position:absolute;margin-left:502pt;margin-top:66.15pt;width:.1pt;height:7.8pt;z-index: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" path="m,l1000,1000e" filled="f" strokecolor="#71dfdd" strokeweight="1.5pt">
                <v:path arrowok="t" o:connecttype="custom" o:connectlocs="0,0;1270,9906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0AB02567" wp14:editId="2297A49B">
                <wp:simplePos x="0" y="0"/>
                <wp:positionH relativeFrom="page">
                  <wp:posOffset>6375400</wp:posOffset>
                </wp:positionH>
                <wp:positionV relativeFrom="page">
                  <wp:posOffset>1296035</wp:posOffset>
                </wp:positionV>
                <wp:extent cx="1270" cy="105410"/>
                <wp:effectExtent l="12700" t="12700" r="24130" b="8890"/>
                <wp:wrapNone/>
                <wp:docPr id="1994982693" name="ac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0541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BA73A" id="ace27" o:spid="_x0000_s1026" style="position:absolute;margin-left:502pt;margin-top:102.05pt;width:.1pt;height:8.3pt;z-index: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" path="m,l1000,1000e" filled="f" strokecolor="#71dfdd" strokeweight="1.5pt">
                <v:path arrowok="t" o:connecttype="custom" o:connectlocs="0,0;1270,10541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2E928D06" wp14:editId="4738FA4B">
                <wp:simplePos x="0" y="0"/>
                <wp:positionH relativeFrom="page">
                  <wp:posOffset>6097905</wp:posOffset>
                </wp:positionH>
                <wp:positionV relativeFrom="page">
                  <wp:posOffset>1117600</wp:posOffset>
                </wp:positionV>
                <wp:extent cx="99060" cy="1270"/>
                <wp:effectExtent l="12700" t="12700" r="15240" b="24130"/>
                <wp:wrapNone/>
                <wp:docPr id="873105017" name="ac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742F3" id="ace29" o:spid="_x0000_s1026" style="position:absolute;margin-left:480.15pt;margin-top:88pt;width:7.8pt;height:.1pt;z-index: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" path="m,l1000,1000e" filled="f" strokecolor="#71dfdd" strokeweight="1.5pt">
                <v:path arrowok="t" o:connecttype="custom" o:connectlocs="0,0;9906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6FE6E449" wp14:editId="07D0CAF2">
                <wp:simplePos x="0" y="0"/>
                <wp:positionH relativeFrom="page">
                  <wp:posOffset>6553835</wp:posOffset>
                </wp:positionH>
                <wp:positionV relativeFrom="page">
                  <wp:posOffset>1117600</wp:posOffset>
                </wp:positionV>
                <wp:extent cx="105410" cy="1270"/>
                <wp:effectExtent l="12700" t="12700" r="8890" b="24130"/>
                <wp:wrapNone/>
                <wp:docPr id="1578502882" name="ac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12EFB" id="ace31" o:spid="_x0000_s1026" style="position:absolute;margin-left:516.05pt;margin-top:88pt;width:8.3pt;height:.1pt;z-index: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" path="m,l1000,1000e" filled="f" strokecolor="#71dfdd" strokeweight="1.5pt">
                <v:path arrowok="t" o:connecttype="custom" o:connectlocs="0,0;10541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70065424" wp14:editId="3DD6EC0E">
                <wp:simplePos x="0" y="0"/>
                <wp:positionH relativeFrom="page">
                  <wp:posOffset>6474460</wp:posOffset>
                </wp:positionH>
                <wp:positionV relativeFrom="page">
                  <wp:posOffset>840105</wp:posOffset>
                </wp:positionV>
                <wp:extent cx="1270" cy="99060"/>
                <wp:effectExtent l="12700" t="12700" r="24130" b="15240"/>
                <wp:wrapNone/>
                <wp:docPr id="837344502" name="ac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9906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07758" id="ace33" o:spid="_x0000_s1026" style="position:absolute;margin-left:509.8pt;margin-top:66.15pt;width:.1pt;height:7.8pt;z-index: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" path="m,l1000,1000e" filled="f" strokecolor="#71dfdd" strokeweight="1.5pt">
                <v:path arrowok="t" o:connecttype="custom" o:connectlocs="0,0;1270,9906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792A9C0A" wp14:editId="72B12C5B">
                <wp:simplePos x="0" y="0"/>
                <wp:positionH relativeFrom="page">
                  <wp:posOffset>6474460</wp:posOffset>
                </wp:positionH>
                <wp:positionV relativeFrom="page">
                  <wp:posOffset>1296035</wp:posOffset>
                </wp:positionV>
                <wp:extent cx="1270" cy="105410"/>
                <wp:effectExtent l="12700" t="12700" r="24130" b="8890"/>
                <wp:wrapNone/>
                <wp:docPr id="848783505" name="ac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0541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769FC" id="ace35" o:spid="_x0000_s1026" style="position:absolute;margin-left:509.8pt;margin-top:102.05pt;width:.1pt;height:8.3pt;z-index: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" path="m,l1000,1000e" filled="f" strokecolor="#71dfdd" strokeweight="1.5pt">
                <v:path arrowok="t" o:connecttype="custom" o:connectlocs="0,0;1270,10541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11FFA183" wp14:editId="16E3DB36">
                <wp:simplePos x="0" y="0"/>
                <wp:positionH relativeFrom="page">
                  <wp:posOffset>6097905</wp:posOffset>
                </wp:positionH>
                <wp:positionV relativeFrom="page">
                  <wp:posOffset>1216660</wp:posOffset>
                </wp:positionV>
                <wp:extent cx="99060" cy="1270"/>
                <wp:effectExtent l="12700" t="12700" r="15240" b="24130"/>
                <wp:wrapNone/>
                <wp:docPr id="1543768260" name="ac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75B08" id="ace37" o:spid="_x0000_s1026" style="position:absolute;margin-left:480.15pt;margin-top:95.8pt;width:7.8pt;height:.1pt;z-index: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" path="m,l1000,1000e" filled="f" strokecolor="#71dfdd" strokeweight="1.5pt">
                <v:path arrowok="t" o:connecttype="custom" o:connectlocs="0,0;9906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3E5D5812" wp14:editId="1E087FE3">
                <wp:simplePos x="0" y="0"/>
                <wp:positionH relativeFrom="page">
                  <wp:posOffset>6553835</wp:posOffset>
                </wp:positionH>
                <wp:positionV relativeFrom="page">
                  <wp:posOffset>1216660</wp:posOffset>
                </wp:positionV>
                <wp:extent cx="105410" cy="1270"/>
                <wp:effectExtent l="12700" t="12700" r="8890" b="24130"/>
                <wp:wrapNone/>
                <wp:docPr id="1435184757" name="ac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1DF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AE502" id="ace39" o:spid="_x0000_s1026" style="position:absolute;margin-left:516.05pt;margin-top:95.8pt;width:8.3pt;height:.1pt;z-index: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" path="m,l1000,1000e" filled="f" strokecolor="#71dfdd" strokeweight="1.5pt">
                <v:path arrowok="t" o:connecttype="custom" o:connectlocs="0,0;10541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41504" behindDoc="0" locked="0" layoutInCell="1" allowOverlap="1" wp14:anchorId="471ED6AB" wp14:editId="051E4899">
                <wp:simplePos x="0" y="0"/>
                <wp:positionH relativeFrom="page">
                  <wp:posOffset>6243320</wp:posOffset>
                </wp:positionH>
                <wp:positionV relativeFrom="page">
                  <wp:posOffset>1038225</wp:posOffset>
                </wp:positionV>
                <wp:extent cx="264160" cy="198120"/>
                <wp:effectExtent l="0" t="0" r="2540" b="5080"/>
                <wp:wrapNone/>
                <wp:docPr id="1207124710" name="ac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16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537EB" w14:textId="77777777" w:rsidR="0094514B" w:rsidRDefault="00000000">
                            <w:pPr>
                              <w:spacing w:after="0" w:line="240" w:lineRule="exact"/>
                              <w:jc w:val="center"/>
                            </w:pPr>
                            <w:r>
                              <w:rPr>
                                <w:b/>
                                <w:color w:val="71DFDD"/>
                                <w:sz w:val="21"/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ED6AB" id="ace40" o:spid="_x0000_s1027" style="position:absolute;margin-left:491.6pt;margin-top:81.75pt;width:20.8pt;height:15.6pt;z-index: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4CC537EB" w14:textId="77777777" w:rsidR="0094514B" w:rsidRDefault="00000000">
                      <w:pPr>
                        <w:spacing w:after="0" w:line="240" w:lineRule="exact"/>
                        <w:jc w:val="center"/>
                      </w:pPr>
                      <w:r>
                        <w:rPr>
                          <w:b/>
                          <w:color w:val="71DFDD"/>
                          <w:sz w:val="21"/>
                        </w:rPr>
                        <w:t>AI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43552" behindDoc="0" locked="0" layoutInCell="1" allowOverlap="1" wp14:anchorId="75D3CD53" wp14:editId="5978EEC0">
                <wp:simplePos x="0" y="0"/>
                <wp:positionH relativeFrom="page">
                  <wp:posOffset>381000</wp:posOffset>
                </wp:positionH>
                <wp:positionV relativeFrom="page">
                  <wp:posOffset>254000</wp:posOffset>
                </wp:positionV>
                <wp:extent cx="3302000" cy="228600"/>
                <wp:effectExtent l="0" t="0" r="0" b="0"/>
                <wp:wrapNone/>
                <wp:docPr id="737704672" name="ac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DCD1C" w14:textId="77777777" w:rsidR="0094514B" w:rsidRDefault="00000000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color w:val="8AE4E0"/>
                              </w:rPr>
                              <w:t>Three Shores AI  /  FEDERAL HEALTH 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3CD53" id="ace41" o:spid="_x0000_s1028" style="position:absolute;margin-left:30pt;margin-top:20pt;width:260pt;height:18pt;z-index: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" filled="f" stroked="f" strokecolor="white" strokeweight=".7pt">
                <v:path arrowok="t"/>
                <v:textbox inset="0,0,0,0">
                  <w:txbxContent>
                    <w:p w14:paraId="099DCD1C" w14:textId="77777777" w:rsidR="0094514B" w:rsidRDefault="00000000">
                      <w:pPr>
                        <w:spacing w:after="0" w:line="220" w:lineRule="exact"/>
                      </w:pPr>
                      <w:r>
                        <w:rPr>
                          <w:b/>
                          <w:color w:val="8AE4E0"/>
                        </w:rPr>
                        <w:t>Three Shores AI  /  FEDERAL HEALTH AI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45600" behindDoc="0" locked="0" layoutInCell="1" allowOverlap="1" wp14:anchorId="0F6C107F" wp14:editId="3FC19C52">
                <wp:simplePos x="0" y="0"/>
                <wp:positionH relativeFrom="page">
                  <wp:posOffset>381000</wp:posOffset>
                </wp:positionH>
                <wp:positionV relativeFrom="page">
                  <wp:posOffset>596900</wp:posOffset>
                </wp:positionV>
                <wp:extent cx="1816100" cy="584200"/>
                <wp:effectExtent l="0" t="0" r="0" b="0"/>
                <wp:wrapNone/>
                <wp:docPr id="1305749721" name="ac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61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33E92" w14:textId="77777777" w:rsidR="0094514B" w:rsidRDefault="00000000">
                            <w:pPr>
                              <w:spacing w:after="0" w:line="836" w:lineRule="exact"/>
                            </w:pPr>
                            <w:r>
                              <w:rPr>
                                <w:b/>
                                <w:color w:val="FFFFFF"/>
                                <w:sz w:val="76"/>
                              </w:rPr>
                              <w:t>ACE™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C107F" id="ace42" o:spid="_x0000_s1029" style="position:absolute;margin-left:30pt;margin-top:47pt;width:143pt;height:46pt;z-index: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71F33E92" w14:textId="77777777" w:rsidR="0094514B" w:rsidRDefault="00000000">
                      <w:pPr>
                        <w:spacing w:after="0" w:line="836" w:lineRule="exact"/>
                      </w:pPr>
                      <w:r>
                        <w:rPr>
                          <w:b/>
                          <w:color w:val="FFFFFF"/>
                          <w:sz w:val="76"/>
                        </w:rPr>
                        <w:t>ACE™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47648" behindDoc="0" locked="0" layoutInCell="1" allowOverlap="1" wp14:anchorId="0196DADF" wp14:editId="135751C4">
                <wp:simplePos x="0" y="0"/>
                <wp:positionH relativeFrom="page">
                  <wp:posOffset>2298700</wp:posOffset>
                </wp:positionH>
                <wp:positionV relativeFrom="page">
                  <wp:posOffset>723900</wp:posOffset>
                </wp:positionV>
                <wp:extent cx="3136900" cy="482600"/>
                <wp:effectExtent l="0" t="0" r="0" b="0"/>
                <wp:wrapNone/>
                <wp:docPr id="973268746" name="ac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8CA80" w14:textId="77777777" w:rsidR="0094514B" w:rsidRDefault="00000000">
                            <w:pPr>
                              <w:spacing w:after="0" w:line="352" w:lineRule="exact"/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Autonomous</w:t>
                            </w:r>
                          </w:p>
                          <w:p w14:paraId="6ADD7666" w14:textId="77777777" w:rsidR="0094514B" w:rsidRDefault="00000000">
                            <w:pPr>
                              <w:spacing w:after="0" w:line="352" w:lineRule="exact"/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Coding Engine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6DADF" id="ace43" o:spid="_x0000_s1030" style="position:absolute;margin-left:181pt;margin-top:57pt;width:247pt;height:38pt;z-index: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6FD8CA80" w14:textId="77777777" w:rsidR="0094514B" w:rsidRDefault="00000000">
                      <w:pPr>
                        <w:spacing w:after="0" w:line="352" w:lineRule="exact"/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Autonomous</w:t>
                      </w:r>
                    </w:p>
                    <w:p w14:paraId="6ADD7666" w14:textId="77777777" w:rsidR="0094514B" w:rsidRDefault="00000000">
                      <w:pPr>
                        <w:spacing w:after="0" w:line="352" w:lineRule="exact"/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Coding Engine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49696" behindDoc="0" locked="0" layoutInCell="1" allowOverlap="1" wp14:anchorId="17E87AE3" wp14:editId="4CBF1BA9">
                <wp:simplePos x="0" y="0"/>
                <wp:positionH relativeFrom="page">
                  <wp:posOffset>381000</wp:posOffset>
                </wp:positionH>
                <wp:positionV relativeFrom="page">
                  <wp:posOffset>1384300</wp:posOffset>
                </wp:positionV>
                <wp:extent cx="6858000" cy="812800"/>
                <wp:effectExtent l="0" t="0" r="0" b="0"/>
                <wp:wrapNone/>
                <wp:docPr id="1364135872" name="ac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60DEA8" w14:textId="77777777" w:rsidR="0094514B" w:rsidRDefault="00000000">
                            <w:pPr>
                              <w:spacing w:after="0" w:line="506" w:lineRule="exact"/>
                            </w:pPr>
                            <w:r>
                              <w:rPr>
                                <w:b/>
                                <w:color w:val="FFFFFF"/>
                                <w:sz w:val="46"/>
                              </w:rPr>
                              <w:t>From Clinical Encounter to Defensible</w:t>
                            </w:r>
                          </w:p>
                          <w:p w14:paraId="344A97D1" w14:textId="77777777" w:rsidR="0094514B" w:rsidRDefault="00000000">
                            <w:pPr>
                              <w:spacing w:after="0" w:line="506" w:lineRule="exact"/>
                            </w:pPr>
                            <w:r>
                              <w:rPr>
                                <w:b/>
                                <w:color w:val="FFFFFF"/>
                                <w:sz w:val="46"/>
                              </w:rPr>
                              <w:t>Code — at Machine Speed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87AE3" id="ace44" o:spid="_x0000_s1031" style="position:absolute;margin-left:30pt;margin-top:109pt;width:540pt;height:64pt;z-index: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1960DEA8" w14:textId="77777777" w:rsidR="0094514B" w:rsidRDefault="00000000">
                      <w:pPr>
                        <w:spacing w:after="0" w:line="506" w:lineRule="exact"/>
                      </w:pPr>
                      <w:r>
                        <w:rPr>
                          <w:b/>
                          <w:color w:val="FFFFFF"/>
                          <w:sz w:val="46"/>
                        </w:rPr>
                        <w:t>From Clinical Encounter to Defensible</w:t>
                      </w:r>
                    </w:p>
                    <w:p w14:paraId="344A97D1" w14:textId="77777777" w:rsidR="0094514B" w:rsidRDefault="00000000">
                      <w:pPr>
                        <w:spacing w:after="0" w:line="506" w:lineRule="exact"/>
                      </w:pPr>
                      <w:r>
                        <w:rPr>
                          <w:b/>
                          <w:color w:val="FFFFFF"/>
                          <w:sz w:val="46"/>
                        </w:rPr>
                        <w:t>Code — at Machine Speed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51744" behindDoc="0" locked="0" layoutInCell="1" allowOverlap="1" wp14:anchorId="5A9505A3" wp14:editId="22061B47">
                <wp:simplePos x="0" y="0"/>
                <wp:positionH relativeFrom="page">
                  <wp:posOffset>381000</wp:posOffset>
                </wp:positionH>
                <wp:positionV relativeFrom="page">
                  <wp:posOffset>2501900</wp:posOffset>
                </wp:positionV>
                <wp:extent cx="317500" cy="228600"/>
                <wp:effectExtent l="0" t="0" r="0" b="0"/>
                <wp:wrapNone/>
                <wp:docPr id="255376490" name="ac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DAFB0" w14:textId="77777777" w:rsidR="0094514B" w:rsidRDefault="00000000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color w:val="008C9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505A3" id="ace45" o:spid="_x0000_s1032" style="position:absolute;margin-left:30pt;margin-top:197pt;width:25pt;height:18pt;z-index: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" filled="f" stroked="f" strokecolor="white" strokeweight=".7pt">
                <v:path arrowok="t"/>
                <v:textbox inset="0,0,0,0">
                  <w:txbxContent>
                    <w:p w14:paraId="502DAFB0" w14:textId="77777777" w:rsidR="0094514B" w:rsidRDefault="00000000">
                      <w:pPr>
                        <w:spacing w:after="0" w:line="220" w:lineRule="exact"/>
                      </w:pPr>
                      <w:r>
                        <w:rPr>
                          <w:b/>
                          <w:color w:val="008C98"/>
                        </w:rPr>
                        <w:t>01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53792" behindDoc="0" locked="0" layoutInCell="1" allowOverlap="1" wp14:anchorId="5F513D32" wp14:editId="4AA58F2A">
                <wp:simplePos x="0" y="0"/>
                <wp:positionH relativeFrom="page">
                  <wp:posOffset>723900</wp:posOffset>
                </wp:positionH>
                <wp:positionV relativeFrom="page">
                  <wp:posOffset>2501900</wp:posOffset>
                </wp:positionV>
                <wp:extent cx="6667500" cy="254000"/>
                <wp:effectExtent l="0" t="0" r="0" b="0"/>
                <wp:wrapNone/>
                <wp:docPr id="1046692961" name="ac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CC313" w14:textId="77777777" w:rsidR="0094514B" w:rsidRDefault="00000000">
                            <w:pPr>
                              <w:spacing w:after="0" w:line="286" w:lineRule="exact"/>
                            </w:pPr>
                            <w:r>
                              <w:rPr>
                                <w:b/>
                                <w:color w:val="102B46"/>
                                <w:sz w:val="26"/>
                              </w:rPr>
                              <w:t>From encounter to validated output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13D32" id="ace46" o:spid="_x0000_s1033" style="position:absolute;margin-left:57pt;margin-top:197pt;width:525pt;height:20pt;z-index: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09ACC313" w14:textId="77777777" w:rsidR="0094514B" w:rsidRDefault="00000000">
                      <w:pPr>
                        <w:spacing w:after="0" w:line="286" w:lineRule="exact"/>
                      </w:pPr>
                      <w:r>
                        <w:rPr>
                          <w:b/>
                          <w:color w:val="102B46"/>
                          <w:sz w:val="26"/>
                        </w:rPr>
                        <w:t>From encounter to validated output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4C721C98" wp14:editId="50BFC0FE">
                <wp:simplePos x="0" y="0"/>
                <wp:positionH relativeFrom="page">
                  <wp:posOffset>381000</wp:posOffset>
                </wp:positionH>
                <wp:positionV relativeFrom="page">
                  <wp:posOffset>2908300</wp:posOffset>
                </wp:positionV>
                <wp:extent cx="914400" cy="1155700"/>
                <wp:effectExtent l="0" t="0" r="0" b="0"/>
                <wp:wrapNone/>
                <wp:docPr id="244870611" name="ac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557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FBE54" id="ace47" o:spid="_x0000_s1026" style="position:absolute;margin-left:30pt;margin-top:229pt;width:1in;height:91pt;z-index: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675BBEF1" wp14:editId="45B90841">
                <wp:simplePos x="0" y="0"/>
                <wp:positionH relativeFrom="page">
                  <wp:posOffset>712470</wp:posOffset>
                </wp:positionH>
                <wp:positionV relativeFrom="page">
                  <wp:posOffset>3067685</wp:posOffset>
                </wp:positionV>
                <wp:extent cx="240030" cy="333375"/>
                <wp:effectExtent l="0" t="0" r="13970" b="9525"/>
                <wp:wrapNone/>
                <wp:docPr id="1204177834" name="ac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333375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2A261" id="ace48" o:spid="_x0000_s1026" style="position:absolute;margin-left:56.1pt;margin-top:241.55pt;width:18.9pt;height:26.25pt;z-index: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" fill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667E843F" wp14:editId="1EA44E8A">
                <wp:simplePos x="0" y="0"/>
                <wp:positionH relativeFrom="page">
                  <wp:posOffset>756920</wp:posOffset>
                </wp:positionH>
                <wp:positionV relativeFrom="page">
                  <wp:posOffset>3157220</wp:posOffset>
                </wp:positionV>
                <wp:extent cx="146050" cy="1270"/>
                <wp:effectExtent l="12700" t="12700" r="19050" b="24130"/>
                <wp:wrapNone/>
                <wp:docPr id="1932090970" name="ac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3737E" id="ace50" o:spid="_x0000_s1026" style="position:absolute;margin-left:59.6pt;margin-top:248.6pt;width:11.5pt;height:.1pt;z-index: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" path="m,l1000,1000e" filled="f" strokecolor="white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2065BBF5" wp14:editId="79E865D7">
                <wp:simplePos x="0" y="0"/>
                <wp:positionH relativeFrom="page">
                  <wp:posOffset>756920</wp:posOffset>
                </wp:positionH>
                <wp:positionV relativeFrom="page">
                  <wp:posOffset>3214370</wp:posOffset>
                </wp:positionV>
                <wp:extent cx="146050" cy="1270"/>
                <wp:effectExtent l="12700" t="12700" r="19050" b="24130"/>
                <wp:wrapNone/>
                <wp:docPr id="993429863" name="ac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A7A59" id="ace52" o:spid="_x0000_s1026" style="position:absolute;margin-left:59.6pt;margin-top:253.1pt;width:11.5pt;height:.1pt;z-index: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" path="m,l1000,1000e" filled="f" strokecolor="white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6397E004" wp14:editId="5479DD7B">
                <wp:simplePos x="0" y="0"/>
                <wp:positionH relativeFrom="page">
                  <wp:posOffset>756920</wp:posOffset>
                </wp:positionH>
                <wp:positionV relativeFrom="page">
                  <wp:posOffset>3270885</wp:posOffset>
                </wp:positionV>
                <wp:extent cx="146050" cy="1270"/>
                <wp:effectExtent l="12700" t="12700" r="19050" b="24130"/>
                <wp:wrapNone/>
                <wp:docPr id="1579942088" name="ac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F06FC" id="ace54" o:spid="_x0000_s1026" style="position:absolute;margin-left:59.6pt;margin-top:257.55pt;width:11.5pt;height:.1pt;z-index: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" path="m,l1000,1000e" filled="f" strokecolor="white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6080" behindDoc="0" locked="0" layoutInCell="1" allowOverlap="1" wp14:anchorId="6232A454" wp14:editId="4BD712E4">
                <wp:simplePos x="0" y="0"/>
                <wp:positionH relativeFrom="page">
                  <wp:posOffset>406400</wp:posOffset>
                </wp:positionH>
                <wp:positionV relativeFrom="page">
                  <wp:posOffset>3619500</wp:posOffset>
                </wp:positionV>
                <wp:extent cx="863600" cy="381000"/>
                <wp:effectExtent l="0" t="0" r="0" b="0"/>
                <wp:wrapNone/>
                <wp:docPr id="1689565964" name="ac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72E9E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Clinical</w:t>
                            </w:r>
                          </w:p>
                          <w:p w14:paraId="71B45D4E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Encounter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2A454" id="ace55" o:spid="_x0000_s1034" style="position:absolute;margin-left:32pt;margin-top:285pt;width:68pt;height:30pt;z-index: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" filled="f" stroked="f" strokecolor="white" strokeweight=".7pt">
                <v:path arrowok="t"/>
                <v:textbox inset="0,0,0,0">
                  <w:txbxContent>
                    <w:p w14:paraId="5DA72E9E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7"/>
                        </w:rPr>
                        <w:t>Clinical</w:t>
                      </w:r>
                    </w:p>
                    <w:p w14:paraId="71B45D4E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7"/>
                        </w:rPr>
                        <w:t>Encounter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14FC8FA5" wp14:editId="381F661D">
                <wp:simplePos x="0" y="0"/>
                <wp:positionH relativeFrom="page">
                  <wp:posOffset>1308100</wp:posOffset>
                </wp:positionH>
                <wp:positionV relativeFrom="page">
                  <wp:posOffset>3365500</wp:posOffset>
                </wp:positionV>
                <wp:extent cx="88900" cy="114300"/>
                <wp:effectExtent l="0" t="0" r="0" b="0"/>
                <wp:wrapNone/>
                <wp:docPr id="1653246076" name="ac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1143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C19C3" id="ace56" o:spid="_x0000_s1026" style="position:absolute;margin-left:103pt;margin-top:265pt;width:7pt;height:9pt;z-index: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" path="m,300r650,l650,r350,500l650,1000r,-300l,700,,300xe" fillcolor="#008c98" stroked="f" strokecolor="white" strokeweight=".7pt">
                <v:path arrowok="t" o:connecttype="custom" o:connectlocs="0,34290;57785,34290;57785,0;88900,57150;57785,114300;57785,80010;0,8001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279D30B7" wp14:editId="5462AF93">
                <wp:simplePos x="0" y="0"/>
                <wp:positionH relativeFrom="page">
                  <wp:posOffset>1397000</wp:posOffset>
                </wp:positionH>
                <wp:positionV relativeFrom="page">
                  <wp:posOffset>2908300</wp:posOffset>
                </wp:positionV>
                <wp:extent cx="914400" cy="1155700"/>
                <wp:effectExtent l="0" t="0" r="0" b="0"/>
                <wp:wrapNone/>
                <wp:docPr id="1532029476" name="ac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27AB3" id="ace57" o:spid="_x0000_s1026" style="position:absolute;margin-left:110pt;margin-top:229pt;width:1in;height:91pt;z-index: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68F68519" wp14:editId="545D0319">
                <wp:simplePos x="0" y="0"/>
                <wp:positionH relativeFrom="page">
                  <wp:posOffset>1691640</wp:posOffset>
                </wp:positionH>
                <wp:positionV relativeFrom="page">
                  <wp:posOffset>3055620</wp:posOffset>
                </wp:positionV>
                <wp:extent cx="81280" cy="101600"/>
                <wp:effectExtent l="0" t="0" r="7620" b="12700"/>
                <wp:wrapNone/>
                <wp:docPr id="2109020774" name="ac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280" cy="1016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86DC5" id="ace58" o:spid="_x0000_s1026" style="position:absolute;margin-left:133.2pt;margin-top:240.6pt;width:6.4pt;height:8pt;z-index: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0F4CA8F5" wp14:editId="0AFA6E70">
                <wp:simplePos x="0" y="0"/>
                <wp:positionH relativeFrom="page">
                  <wp:posOffset>1813560</wp:posOffset>
                </wp:positionH>
                <wp:positionV relativeFrom="page">
                  <wp:posOffset>3055620</wp:posOffset>
                </wp:positionV>
                <wp:extent cx="81280" cy="101600"/>
                <wp:effectExtent l="0" t="0" r="7620" b="12700"/>
                <wp:wrapNone/>
                <wp:docPr id="491983609" name="ac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280" cy="1016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E1657" id="ace59" o:spid="_x0000_s1026" style="position:absolute;margin-left:142.8pt;margin-top:240.6pt;width:6.4pt;height:8pt;z-index: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446B7157" wp14:editId="68E7E85A">
                <wp:simplePos x="0" y="0"/>
                <wp:positionH relativeFrom="page">
                  <wp:posOffset>1935480</wp:posOffset>
                </wp:positionH>
                <wp:positionV relativeFrom="page">
                  <wp:posOffset>3055620</wp:posOffset>
                </wp:positionV>
                <wp:extent cx="81280" cy="101600"/>
                <wp:effectExtent l="0" t="0" r="7620" b="12700"/>
                <wp:wrapNone/>
                <wp:docPr id="1818160498" name="ac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280" cy="1016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316A8" id="ace60" o:spid="_x0000_s1026" style="position:absolute;margin-left:152.4pt;margin-top:240.6pt;width:6.4pt;height:8pt;z-index: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23C9A50E" wp14:editId="09CDD432">
                <wp:simplePos x="0" y="0"/>
                <wp:positionH relativeFrom="page">
                  <wp:posOffset>1732280</wp:posOffset>
                </wp:positionH>
                <wp:positionV relativeFrom="page">
                  <wp:posOffset>3177540</wp:posOffset>
                </wp:positionV>
                <wp:extent cx="121920" cy="109855"/>
                <wp:effectExtent l="12700" t="12700" r="17780" b="17145"/>
                <wp:wrapNone/>
                <wp:docPr id="509749993" name="ac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" cy="10985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6EC21" id="ace62" o:spid="_x0000_s1026" style="position:absolute;margin-left:136.4pt;margin-top:250.2pt;width:9.6pt;height:8.65pt;z-index: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" path="m,l1000,1000e" filled="f" strokecolor="#008c98" strokeweight="1.5pt">
                <v:path arrowok="t" o:connecttype="custom" o:connectlocs="0,0;121920,10985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385227EE" wp14:editId="42D29DEB">
                <wp:simplePos x="0" y="0"/>
                <wp:positionH relativeFrom="page">
                  <wp:posOffset>1854200</wp:posOffset>
                </wp:positionH>
                <wp:positionV relativeFrom="page">
                  <wp:posOffset>3177540</wp:posOffset>
                </wp:positionV>
                <wp:extent cx="1270" cy="109855"/>
                <wp:effectExtent l="12700" t="12700" r="24130" b="17145"/>
                <wp:wrapNone/>
                <wp:docPr id="1444116695" name="ac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0985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4279F" id="ace64" o:spid="_x0000_s1026" style="position:absolute;margin-left:146pt;margin-top:250.2pt;width:.1pt;height:8.65pt;z-index: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" path="m,l1000,1000e" filled="f" strokecolor="#008c98" strokeweight="1.5pt">
                <v:path arrowok="t" o:connecttype="custom" o:connectlocs="0,0;1270,10985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25010CA6" wp14:editId="344F12B3">
                <wp:simplePos x="0" y="0"/>
                <wp:positionH relativeFrom="page">
                  <wp:posOffset>1854200</wp:posOffset>
                </wp:positionH>
                <wp:positionV relativeFrom="page">
                  <wp:posOffset>3177540</wp:posOffset>
                </wp:positionV>
                <wp:extent cx="121920" cy="109855"/>
                <wp:effectExtent l="12700" t="12700" r="17780" b="17145"/>
                <wp:wrapNone/>
                <wp:docPr id="369444812" name="ac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" cy="109855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41144" id="ace66" o:spid="_x0000_s1026" style="position:absolute;margin-left:146pt;margin-top:250.2pt;width:9.6pt;height:8.65pt;z-index: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" path="m,1000l1000,e" filled="f" strokecolor="#008c98" strokeweight="1.5pt">
                <v:path arrowok="t" o:connecttype="custom" o:connectlocs="0,109855;12192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588D2110" wp14:editId="393A39F4">
                <wp:simplePos x="0" y="0"/>
                <wp:positionH relativeFrom="page">
                  <wp:posOffset>1781175</wp:posOffset>
                </wp:positionH>
                <wp:positionV relativeFrom="page">
                  <wp:posOffset>3311525</wp:posOffset>
                </wp:positionV>
                <wp:extent cx="146050" cy="97790"/>
                <wp:effectExtent l="0" t="0" r="19050" b="16510"/>
                <wp:wrapNone/>
                <wp:docPr id="709631513" name="ac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9779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62219" id="ace67" o:spid="_x0000_s1026" style="position:absolute;margin-left:140.25pt;margin-top:260.75pt;width:11.5pt;height:7.7pt;z-index: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86560" behindDoc="0" locked="0" layoutInCell="1" allowOverlap="1" wp14:anchorId="09CE2900" wp14:editId="450792EE">
                <wp:simplePos x="0" y="0"/>
                <wp:positionH relativeFrom="page">
                  <wp:posOffset>1422400</wp:posOffset>
                </wp:positionH>
                <wp:positionV relativeFrom="page">
                  <wp:posOffset>3619500</wp:posOffset>
                </wp:positionV>
                <wp:extent cx="863600" cy="381000"/>
                <wp:effectExtent l="0" t="0" r="0" b="0"/>
                <wp:wrapNone/>
                <wp:docPr id="1346360200" name="ac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CAB3F8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Ingest &amp;</w:t>
                            </w:r>
                          </w:p>
                          <w:p w14:paraId="37672C94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Normalize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E2900" id="ace68" o:spid="_x0000_s1035" style="position:absolute;margin-left:112pt;margin-top:285pt;width:68pt;height:30pt;z-index: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6CCAB3F8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Ingest &amp;</w:t>
                      </w:r>
                    </w:p>
                    <w:p w14:paraId="37672C94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Normalize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4E9C9B90" wp14:editId="6908BAC0">
                <wp:simplePos x="0" y="0"/>
                <wp:positionH relativeFrom="page">
                  <wp:posOffset>2324100</wp:posOffset>
                </wp:positionH>
                <wp:positionV relativeFrom="page">
                  <wp:posOffset>3365500</wp:posOffset>
                </wp:positionV>
                <wp:extent cx="88900" cy="114300"/>
                <wp:effectExtent l="0" t="0" r="0" b="0"/>
                <wp:wrapNone/>
                <wp:docPr id="2114557526" name="ac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1143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A1DFD" id="ace69" o:spid="_x0000_s1026" style="position:absolute;margin-left:183pt;margin-top:265pt;width:7pt;height:9pt;z-index: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" path="m,300r650,l650,r350,500l650,1000r,-300l,700,,300xe" fillcolor="#008c98" stroked="f" strokecolor="white" strokeweight=".7pt">
                <v:path arrowok="t" o:connecttype="custom" o:connectlocs="0,34290;57785,34290;57785,0;88900,57150;57785,114300;57785,80010;0,8001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0EF156FB" wp14:editId="5BA29EFE">
                <wp:simplePos x="0" y="0"/>
                <wp:positionH relativeFrom="page">
                  <wp:posOffset>2413000</wp:posOffset>
                </wp:positionH>
                <wp:positionV relativeFrom="page">
                  <wp:posOffset>2908300</wp:posOffset>
                </wp:positionV>
                <wp:extent cx="914400" cy="1155700"/>
                <wp:effectExtent l="0" t="0" r="0" b="0"/>
                <wp:wrapNone/>
                <wp:docPr id="2087640886" name="ac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DFD0A" id="ace70" o:spid="_x0000_s1026" style="position:absolute;margin-left:190pt;margin-top:229pt;width:1in;height:91pt;z-index: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08BA5EE1" wp14:editId="70D680BA">
                <wp:simplePos x="0" y="0"/>
                <wp:positionH relativeFrom="page">
                  <wp:posOffset>2768600</wp:posOffset>
                </wp:positionH>
                <wp:positionV relativeFrom="page">
                  <wp:posOffset>3136900</wp:posOffset>
                </wp:positionV>
                <wp:extent cx="203200" cy="203200"/>
                <wp:effectExtent l="0" t="0" r="12700" b="12700"/>
                <wp:wrapNone/>
                <wp:docPr id="90686535" name="ac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2032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9EB07" id="ace71" o:spid="_x0000_s1026" style="position:absolute;margin-left:218pt;margin-top:247pt;width:16pt;height:16pt;z-index: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7015591A" wp14:editId="7E082C1C">
                <wp:simplePos x="0" y="0"/>
                <wp:positionH relativeFrom="page">
                  <wp:posOffset>2809240</wp:posOffset>
                </wp:positionH>
                <wp:positionV relativeFrom="page">
                  <wp:posOffset>3067685</wp:posOffset>
                </wp:positionV>
                <wp:extent cx="1270" cy="60960"/>
                <wp:effectExtent l="12700" t="12700" r="24130" b="15240"/>
                <wp:wrapNone/>
                <wp:docPr id="1921472281" name="ac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096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12459" id="ace73" o:spid="_x0000_s1026" style="position:absolute;margin-left:221.2pt;margin-top:241.55pt;width:.1pt;height:4.8pt;z-index: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" path="m,l1000,1000e" filled="f" strokecolor="#008c98" strokeweight="1.5pt">
                <v:path arrowok="t" o:connecttype="custom" o:connectlocs="0,0;1270,6096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1A911D25" wp14:editId="4C17C85E">
                <wp:simplePos x="0" y="0"/>
                <wp:positionH relativeFrom="page">
                  <wp:posOffset>2809240</wp:posOffset>
                </wp:positionH>
                <wp:positionV relativeFrom="page">
                  <wp:posOffset>3348355</wp:posOffset>
                </wp:positionV>
                <wp:extent cx="1270" cy="64770"/>
                <wp:effectExtent l="12700" t="12700" r="24130" b="11430"/>
                <wp:wrapNone/>
                <wp:docPr id="1801103369" name="ac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47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43FF2" id="ace75" o:spid="_x0000_s1026" style="position:absolute;margin-left:221.2pt;margin-top:263.65pt;width:.1pt;height:5.1pt;z-index: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" path="m,l1000,1000e" filled="f" strokecolor="#008c98" strokeweight="1.5pt">
                <v:path arrowok="t" o:connecttype="custom" o:connectlocs="0,0;1270,647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476E9344" wp14:editId="78147EBA">
                <wp:simplePos x="0" y="0"/>
                <wp:positionH relativeFrom="page">
                  <wp:posOffset>2699385</wp:posOffset>
                </wp:positionH>
                <wp:positionV relativeFrom="page">
                  <wp:posOffset>3177540</wp:posOffset>
                </wp:positionV>
                <wp:extent cx="60960" cy="1270"/>
                <wp:effectExtent l="12700" t="12700" r="15240" b="24130"/>
                <wp:wrapNone/>
                <wp:docPr id="121455627" name="ac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3055D" id="ace77" o:spid="_x0000_s1026" style="position:absolute;margin-left:212.55pt;margin-top:250.2pt;width:4.8pt;height:.1pt;z-index: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" path="m,l1000,1000e" filled="f" strokecolor="#008c98" strokeweight="1.5pt">
                <v:path arrowok="t" o:connecttype="custom" o:connectlocs="0,0;6096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454E9C68" wp14:editId="73D31EC4">
                <wp:simplePos x="0" y="0"/>
                <wp:positionH relativeFrom="page">
                  <wp:posOffset>2980055</wp:posOffset>
                </wp:positionH>
                <wp:positionV relativeFrom="page">
                  <wp:posOffset>3177540</wp:posOffset>
                </wp:positionV>
                <wp:extent cx="64770" cy="1270"/>
                <wp:effectExtent l="12700" t="12700" r="11430" b="24130"/>
                <wp:wrapNone/>
                <wp:docPr id="1152090596" name="ac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E4D28" id="ace79" o:spid="_x0000_s1026" style="position:absolute;margin-left:234.65pt;margin-top:250.2pt;width:5.1pt;height:.1pt;z-index: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" path="m,l1000,1000e" filled="f" strokecolor="#008c98" strokeweight="1.5pt">
                <v:path arrowok="t" o:connecttype="custom" o:connectlocs="0,0;6477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05502F01" wp14:editId="7027FF1E">
                <wp:simplePos x="0" y="0"/>
                <wp:positionH relativeFrom="page">
                  <wp:posOffset>2870200</wp:posOffset>
                </wp:positionH>
                <wp:positionV relativeFrom="page">
                  <wp:posOffset>3067685</wp:posOffset>
                </wp:positionV>
                <wp:extent cx="1270" cy="60960"/>
                <wp:effectExtent l="12700" t="12700" r="24130" b="15240"/>
                <wp:wrapNone/>
                <wp:docPr id="1903829150" name="ac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096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87CB8" id="ace81" o:spid="_x0000_s1026" style="position:absolute;margin-left:226pt;margin-top:241.55pt;width:.1pt;height:4.8pt;z-index: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" path="m,l1000,1000e" filled="f" strokecolor="#008c98" strokeweight="1.5pt">
                <v:path arrowok="t" o:connecttype="custom" o:connectlocs="0,0;1270,6096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49732639" wp14:editId="618E2A01">
                <wp:simplePos x="0" y="0"/>
                <wp:positionH relativeFrom="page">
                  <wp:posOffset>2870200</wp:posOffset>
                </wp:positionH>
                <wp:positionV relativeFrom="page">
                  <wp:posOffset>3348355</wp:posOffset>
                </wp:positionV>
                <wp:extent cx="1270" cy="64770"/>
                <wp:effectExtent l="12700" t="12700" r="24130" b="11430"/>
                <wp:wrapNone/>
                <wp:docPr id="1211296245" name="ac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47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AD339" id="ace83" o:spid="_x0000_s1026" style="position:absolute;margin-left:226pt;margin-top:263.65pt;width:.1pt;height:5.1pt;z-index: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" path="m,l1000,1000e" filled="f" strokecolor="#008c98" strokeweight="1.5pt">
                <v:path arrowok="t" o:connecttype="custom" o:connectlocs="0,0;1270,647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25EE4547" wp14:editId="40E47143">
                <wp:simplePos x="0" y="0"/>
                <wp:positionH relativeFrom="page">
                  <wp:posOffset>2699385</wp:posOffset>
                </wp:positionH>
                <wp:positionV relativeFrom="page">
                  <wp:posOffset>3238500</wp:posOffset>
                </wp:positionV>
                <wp:extent cx="60960" cy="1270"/>
                <wp:effectExtent l="12700" t="12700" r="15240" b="24130"/>
                <wp:wrapNone/>
                <wp:docPr id="1803356537" name="ace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20462" id="ace85" o:spid="_x0000_s1026" style="position:absolute;margin-left:212.55pt;margin-top:255pt;width:4.8pt;height:.1pt;z-index: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" path="m,l1000,1000e" filled="f" strokecolor="#008c98" strokeweight="1.5pt">
                <v:path arrowok="t" o:connecttype="custom" o:connectlocs="0,0;6096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6D9E139" wp14:editId="3FA1FEEE">
                <wp:simplePos x="0" y="0"/>
                <wp:positionH relativeFrom="page">
                  <wp:posOffset>2980055</wp:posOffset>
                </wp:positionH>
                <wp:positionV relativeFrom="page">
                  <wp:posOffset>3238500</wp:posOffset>
                </wp:positionV>
                <wp:extent cx="64770" cy="1270"/>
                <wp:effectExtent l="12700" t="12700" r="11430" b="24130"/>
                <wp:wrapNone/>
                <wp:docPr id="1634308608" name="ace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C9078" id="ace87" o:spid="_x0000_s1026" style="position:absolute;margin-left:234.65pt;margin-top:255pt;width:5.1pt;height:.1pt;z-index: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" path="m,l1000,1000e" filled="f" strokecolor="#008c98" strokeweight="1.5pt">
                <v:path arrowok="t" o:connecttype="custom" o:connectlocs="0,0;6477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44BDC548" wp14:editId="3F46264F">
                <wp:simplePos x="0" y="0"/>
                <wp:positionH relativeFrom="page">
                  <wp:posOffset>2931160</wp:posOffset>
                </wp:positionH>
                <wp:positionV relativeFrom="page">
                  <wp:posOffset>3067685</wp:posOffset>
                </wp:positionV>
                <wp:extent cx="1270" cy="60960"/>
                <wp:effectExtent l="12700" t="12700" r="24130" b="15240"/>
                <wp:wrapNone/>
                <wp:docPr id="361971000" name="ac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096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74403" id="ace89" o:spid="_x0000_s1026" style="position:absolute;margin-left:230.8pt;margin-top:241.55pt;width:.1pt;height:4.8pt;z-index: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" path="m,l1000,1000e" filled="f" strokecolor="#008c98" strokeweight="1.5pt">
                <v:path arrowok="t" o:connecttype="custom" o:connectlocs="0,0;1270,6096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13885A9" wp14:editId="706C5984">
                <wp:simplePos x="0" y="0"/>
                <wp:positionH relativeFrom="page">
                  <wp:posOffset>2931160</wp:posOffset>
                </wp:positionH>
                <wp:positionV relativeFrom="page">
                  <wp:posOffset>3348355</wp:posOffset>
                </wp:positionV>
                <wp:extent cx="1270" cy="64770"/>
                <wp:effectExtent l="12700" t="12700" r="24130" b="11430"/>
                <wp:wrapNone/>
                <wp:docPr id="416626474" name="ac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47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88D54" id="ace91" o:spid="_x0000_s1026" style="position:absolute;margin-left:230.8pt;margin-top:263.65pt;width:.1pt;height:5.1pt;z-index: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" path="m,l1000,1000e" filled="f" strokecolor="#008c98" strokeweight="1.5pt">
                <v:path arrowok="t" o:connecttype="custom" o:connectlocs="0,0;1270,647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7B314D8" wp14:editId="7C335318">
                <wp:simplePos x="0" y="0"/>
                <wp:positionH relativeFrom="page">
                  <wp:posOffset>2699385</wp:posOffset>
                </wp:positionH>
                <wp:positionV relativeFrom="page">
                  <wp:posOffset>3299460</wp:posOffset>
                </wp:positionV>
                <wp:extent cx="60960" cy="1270"/>
                <wp:effectExtent l="12700" t="12700" r="15240" b="24130"/>
                <wp:wrapNone/>
                <wp:docPr id="1119204248" name="ac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4B162" id="ace93" o:spid="_x0000_s1026" style="position:absolute;margin-left:212.55pt;margin-top:259.8pt;width:4.8pt;height:.1pt;z-index: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" path="m,l1000,1000e" filled="f" strokecolor="#008c98" strokeweight="1.5pt">
                <v:path arrowok="t" o:connecttype="custom" o:connectlocs="0,0;6096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5807BB80" wp14:editId="3BB0FA09">
                <wp:simplePos x="0" y="0"/>
                <wp:positionH relativeFrom="page">
                  <wp:posOffset>2980055</wp:posOffset>
                </wp:positionH>
                <wp:positionV relativeFrom="page">
                  <wp:posOffset>3299460</wp:posOffset>
                </wp:positionV>
                <wp:extent cx="64770" cy="1270"/>
                <wp:effectExtent l="12700" t="12700" r="11430" b="24130"/>
                <wp:wrapNone/>
                <wp:docPr id="106922346" name="ac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F2586" id="ace95" o:spid="_x0000_s1026" style="position:absolute;margin-left:234.65pt;margin-top:259.8pt;width:5.1pt;height:.1pt;z-index: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" path="m,l1000,1000e" filled="f" strokecolor="#008c98" strokeweight="1.5pt">
                <v:path arrowok="t" o:connecttype="custom" o:connectlocs="0,0;6477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19328" behindDoc="0" locked="0" layoutInCell="1" allowOverlap="1" wp14:anchorId="0F7511A0" wp14:editId="1931DF40">
                <wp:simplePos x="0" y="0"/>
                <wp:positionH relativeFrom="page">
                  <wp:posOffset>2788920</wp:posOffset>
                </wp:positionH>
                <wp:positionV relativeFrom="page">
                  <wp:posOffset>3189605</wp:posOffset>
                </wp:positionV>
                <wp:extent cx="162560" cy="121920"/>
                <wp:effectExtent l="0" t="0" r="2540" b="5080"/>
                <wp:wrapNone/>
                <wp:docPr id="1915307489" name="ace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2560" cy="12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F4E70" w14:textId="77777777" w:rsidR="0094514B" w:rsidRDefault="00000000">
                            <w:pPr>
                              <w:spacing w:after="0" w:line="147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3"/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511A0" id="ace96" o:spid="_x0000_s1036" style="position:absolute;margin-left:219.6pt;margin-top:251.15pt;width:12.8pt;height:9.6pt;z-index: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259F4E70" w14:textId="77777777" w:rsidR="0094514B" w:rsidRDefault="00000000">
                      <w:pPr>
                        <w:spacing w:after="0" w:line="147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3"/>
                        </w:rPr>
                        <w:t>AI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21376" behindDoc="0" locked="0" layoutInCell="1" allowOverlap="1" wp14:anchorId="294E4F9A" wp14:editId="3C508702">
                <wp:simplePos x="0" y="0"/>
                <wp:positionH relativeFrom="page">
                  <wp:posOffset>2438400</wp:posOffset>
                </wp:positionH>
                <wp:positionV relativeFrom="page">
                  <wp:posOffset>3619500</wp:posOffset>
                </wp:positionV>
                <wp:extent cx="863600" cy="381000"/>
                <wp:effectExtent l="0" t="0" r="0" b="0"/>
                <wp:wrapNone/>
                <wp:docPr id="1628250714" name="ac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42180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AI Clinical</w:t>
                            </w:r>
                          </w:p>
                          <w:p w14:paraId="6C95F141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Understanding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E4F9A" id="ace97" o:spid="_x0000_s1037" style="position:absolute;margin-left:192pt;margin-top:285pt;width:68pt;height:30pt;z-index: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2E542180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AI Clinical</w:t>
                      </w:r>
                    </w:p>
                    <w:p w14:paraId="6C95F141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Understanding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8583D2D" wp14:editId="6C2FE54D">
                <wp:simplePos x="0" y="0"/>
                <wp:positionH relativeFrom="page">
                  <wp:posOffset>3340100</wp:posOffset>
                </wp:positionH>
                <wp:positionV relativeFrom="page">
                  <wp:posOffset>3365500</wp:posOffset>
                </wp:positionV>
                <wp:extent cx="88900" cy="114300"/>
                <wp:effectExtent l="0" t="0" r="0" b="0"/>
                <wp:wrapNone/>
                <wp:docPr id="1669455362" name="ac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1143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1B74B" id="ace98" o:spid="_x0000_s1026" style="position:absolute;margin-left:263pt;margin-top:265pt;width:7pt;height:9pt;z-index: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" path="m,300r650,l650,r350,500l650,1000r,-300l,700,,300xe" fillcolor="#008c98" stroked="f" strokecolor="white" strokeweight=".7pt">
                <v:path arrowok="t" o:connecttype="custom" o:connectlocs="0,34290;57785,34290;57785,0;88900,57150;57785,114300;57785,80010;0,8001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047CA1DA" wp14:editId="3C59EACF">
                <wp:simplePos x="0" y="0"/>
                <wp:positionH relativeFrom="page">
                  <wp:posOffset>3429000</wp:posOffset>
                </wp:positionH>
                <wp:positionV relativeFrom="page">
                  <wp:posOffset>2908300</wp:posOffset>
                </wp:positionV>
                <wp:extent cx="914400" cy="1155700"/>
                <wp:effectExtent l="0" t="0" r="0" b="0"/>
                <wp:wrapNone/>
                <wp:docPr id="1709206946" name="ac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DD99F" id="ace99" o:spid="_x0000_s1026" style="position:absolute;margin-left:270pt;margin-top:229pt;width:1in;height:91pt;z-index: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6091CD08" wp14:editId="547390D5">
                <wp:simplePos x="0" y="0"/>
                <wp:positionH relativeFrom="page">
                  <wp:posOffset>3715385</wp:posOffset>
                </wp:positionH>
                <wp:positionV relativeFrom="page">
                  <wp:posOffset>3116580</wp:posOffset>
                </wp:positionV>
                <wp:extent cx="97790" cy="121920"/>
                <wp:effectExtent l="12700" t="12700" r="16510" b="17780"/>
                <wp:wrapNone/>
                <wp:docPr id="778636095" name="ac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" cy="12192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ABFBD" id="ace101" o:spid="_x0000_s1026" style="position:absolute;margin-left:292.55pt;margin-top:245.4pt;width:7.7pt;height:9.6pt;z-index: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" path="m,1000l1000,e" filled="f" strokecolor="#008c98" strokeweight="1.5pt">
                <v:path arrowok="t" o:connecttype="custom" o:connectlocs="0,121920;9779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0882EEA" wp14:editId="337CCAA8">
                <wp:simplePos x="0" y="0"/>
                <wp:positionH relativeFrom="page">
                  <wp:posOffset>3715385</wp:posOffset>
                </wp:positionH>
                <wp:positionV relativeFrom="page">
                  <wp:posOffset>3238500</wp:posOffset>
                </wp:positionV>
                <wp:extent cx="97790" cy="121920"/>
                <wp:effectExtent l="12700" t="12700" r="16510" b="17780"/>
                <wp:wrapNone/>
                <wp:docPr id="2021470022" name="ac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" cy="1219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7909" id="ace103" o:spid="_x0000_s1026" style="position:absolute;margin-left:292.55pt;margin-top:255pt;width:7.7pt;height:9.6pt;z-index: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" path="m,l1000,1000e" filled="f" strokecolor="#008c98" strokeweight="1.5pt">
                <v:path arrowok="t" o:connecttype="custom" o:connectlocs="0,0;97790,1219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5776E6A" wp14:editId="61D3BB1D">
                <wp:simplePos x="0" y="0"/>
                <wp:positionH relativeFrom="page">
                  <wp:posOffset>3959225</wp:posOffset>
                </wp:positionH>
                <wp:positionV relativeFrom="page">
                  <wp:posOffset>3116580</wp:posOffset>
                </wp:positionV>
                <wp:extent cx="97790" cy="121920"/>
                <wp:effectExtent l="12700" t="12700" r="16510" b="17780"/>
                <wp:wrapNone/>
                <wp:docPr id="1462212044" name="ace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" cy="1219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7935C" id="ace105" o:spid="_x0000_s1026" style="position:absolute;margin-left:311.75pt;margin-top:245.4pt;width:7.7pt;height:9.6pt;z-index: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" path="m,l1000,1000e" filled="f" strokecolor="#008c98" strokeweight="1.5pt">
                <v:path arrowok="t" o:connecttype="custom" o:connectlocs="0,0;97790,1219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2BE22E0" wp14:editId="234CAEF6">
                <wp:simplePos x="0" y="0"/>
                <wp:positionH relativeFrom="page">
                  <wp:posOffset>3959225</wp:posOffset>
                </wp:positionH>
                <wp:positionV relativeFrom="page">
                  <wp:posOffset>3238500</wp:posOffset>
                </wp:positionV>
                <wp:extent cx="97790" cy="121920"/>
                <wp:effectExtent l="12700" t="12700" r="16510" b="17780"/>
                <wp:wrapNone/>
                <wp:docPr id="1178156742" name="ac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" cy="12192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E9CA8" id="ace107" o:spid="_x0000_s1026" style="position:absolute;margin-left:311.75pt;margin-top:255pt;width:7.7pt;height:9.6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" path="m,1000l1000,e" filled="f" strokecolor="#008c98" strokeweight="1.5pt">
                <v:path arrowok="t" o:connecttype="custom" o:connectlocs="0,121920;9779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FE0E710" wp14:editId="020D2689">
                <wp:simplePos x="0" y="0"/>
                <wp:positionH relativeFrom="page">
                  <wp:posOffset>3853815</wp:posOffset>
                </wp:positionH>
                <wp:positionV relativeFrom="page">
                  <wp:posOffset>3092450</wp:posOffset>
                </wp:positionV>
                <wp:extent cx="69215" cy="292735"/>
                <wp:effectExtent l="12700" t="12700" r="6985" b="12065"/>
                <wp:wrapNone/>
                <wp:docPr id="823388990" name="ac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215" cy="292735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46364" id="ace109" o:spid="_x0000_s1026" style="position:absolute;margin-left:303.45pt;margin-top:243.5pt;width:5.45pt;height:2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" path="m,1000l1000,e" filled="f" strokecolor="#008c98" strokeweight="1.5pt">
                <v:path arrowok="t" o:connecttype="custom" o:connectlocs="0,292735;69215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37760" behindDoc="0" locked="0" layoutInCell="1" allowOverlap="1" wp14:anchorId="4D8C0174" wp14:editId="0F209504">
                <wp:simplePos x="0" y="0"/>
                <wp:positionH relativeFrom="page">
                  <wp:posOffset>3454400</wp:posOffset>
                </wp:positionH>
                <wp:positionV relativeFrom="page">
                  <wp:posOffset>3619500</wp:posOffset>
                </wp:positionV>
                <wp:extent cx="863600" cy="381000"/>
                <wp:effectExtent l="0" t="0" r="0" b="0"/>
                <wp:wrapNone/>
                <wp:docPr id="488499308" name="ac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21E7D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ICD-10 /</w:t>
                            </w:r>
                          </w:p>
                          <w:p w14:paraId="301857F6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CPT / HCPCS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C0174" id="ace110" o:spid="_x0000_s1038" style="position:absolute;margin-left:272pt;margin-top:285pt;width:68pt;height:30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16C21E7D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ICD-10 /</w:t>
                      </w:r>
                    </w:p>
                    <w:p w14:paraId="301857F6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CPT / HCPCS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00164B6" wp14:editId="0081850B">
                <wp:simplePos x="0" y="0"/>
                <wp:positionH relativeFrom="page">
                  <wp:posOffset>4356100</wp:posOffset>
                </wp:positionH>
                <wp:positionV relativeFrom="page">
                  <wp:posOffset>3365500</wp:posOffset>
                </wp:positionV>
                <wp:extent cx="88900" cy="114300"/>
                <wp:effectExtent l="0" t="0" r="0" b="0"/>
                <wp:wrapNone/>
                <wp:docPr id="112473050" name="ac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1143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1F841" id="ace111" o:spid="_x0000_s1026" style="position:absolute;margin-left:343pt;margin-top:265pt;width:7pt;height:9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" path="m,300r650,l650,r350,500l650,1000r,-300l,700,,300xe" fillcolor="#008c98" stroked="f" strokecolor="white" strokeweight=".7pt">
                <v:path arrowok="t" o:connecttype="custom" o:connectlocs="0,34290;57785,34290;57785,0;88900,57150;57785,114300;57785,80010;0,8001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3D9B245" wp14:editId="5198A82E">
                <wp:simplePos x="0" y="0"/>
                <wp:positionH relativeFrom="page">
                  <wp:posOffset>4445000</wp:posOffset>
                </wp:positionH>
                <wp:positionV relativeFrom="page">
                  <wp:posOffset>2908300</wp:posOffset>
                </wp:positionV>
                <wp:extent cx="914400" cy="1155700"/>
                <wp:effectExtent l="0" t="0" r="0" b="0"/>
                <wp:wrapNone/>
                <wp:docPr id="53220648" name="ace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3959F" id="ace112" o:spid="_x0000_s1026" style="position:absolute;margin-left:350pt;margin-top:229pt;width:1in;height:91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878CB02" wp14:editId="7D10E93C">
                <wp:simplePos x="0" y="0"/>
                <wp:positionH relativeFrom="page">
                  <wp:posOffset>4776470</wp:posOffset>
                </wp:positionH>
                <wp:positionV relativeFrom="page">
                  <wp:posOffset>3067685</wp:posOffset>
                </wp:positionV>
                <wp:extent cx="240030" cy="333375"/>
                <wp:effectExtent l="0" t="0" r="13970" b="9525"/>
                <wp:wrapNone/>
                <wp:docPr id="1792908366" name="ace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333375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C7C52" id="ace113" o:spid="_x0000_s1026" style="position:absolute;margin-left:376.1pt;margin-top:241.55pt;width:18.9pt;height:26.2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CD09704" wp14:editId="393E1D71">
                <wp:simplePos x="0" y="0"/>
                <wp:positionH relativeFrom="page">
                  <wp:posOffset>4820920</wp:posOffset>
                </wp:positionH>
                <wp:positionV relativeFrom="page">
                  <wp:posOffset>3157220</wp:posOffset>
                </wp:positionV>
                <wp:extent cx="146050" cy="1270"/>
                <wp:effectExtent l="12700" t="12700" r="19050" b="24130"/>
                <wp:wrapNone/>
                <wp:docPr id="279746211" name="ace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BA092" id="ace115" o:spid="_x0000_s1026" style="position:absolute;margin-left:379.6pt;margin-top:248.6pt;width:11.5pt;height:.1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" path="m,l1000,1000e" filled="f" strokecolor="#008c98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EFC393E" wp14:editId="4D2CB40C">
                <wp:simplePos x="0" y="0"/>
                <wp:positionH relativeFrom="page">
                  <wp:posOffset>4820920</wp:posOffset>
                </wp:positionH>
                <wp:positionV relativeFrom="page">
                  <wp:posOffset>3214370</wp:posOffset>
                </wp:positionV>
                <wp:extent cx="146050" cy="1270"/>
                <wp:effectExtent l="12700" t="12700" r="19050" b="24130"/>
                <wp:wrapNone/>
                <wp:docPr id="428004305" name="ac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564D6" id="ace117" o:spid="_x0000_s1026" style="position:absolute;margin-left:379.6pt;margin-top:253.1pt;width:11.5pt;height:.1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" path="m,l1000,1000e" filled="f" strokecolor="#008c98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70416DC" wp14:editId="02EDE259">
                <wp:simplePos x="0" y="0"/>
                <wp:positionH relativeFrom="page">
                  <wp:posOffset>4820920</wp:posOffset>
                </wp:positionH>
                <wp:positionV relativeFrom="page">
                  <wp:posOffset>3270885</wp:posOffset>
                </wp:positionV>
                <wp:extent cx="146050" cy="1270"/>
                <wp:effectExtent l="12700" t="12700" r="19050" b="24130"/>
                <wp:wrapNone/>
                <wp:docPr id="1459488864" name="ac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9B3B6" id="ace119" o:spid="_x0000_s1026" style="position:absolute;margin-left:379.6pt;margin-top:257.55pt;width:11.5pt;height:.1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" path="m,l1000,1000e" filled="f" strokecolor="#008c98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B111D70" wp14:editId="5AA338DD">
                <wp:simplePos x="0" y="0"/>
                <wp:positionH relativeFrom="page">
                  <wp:posOffset>4869815</wp:posOffset>
                </wp:positionH>
                <wp:positionV relativeFrom="page">
                  <wp:posOffset>3328035</wp:posOffset>
                </wp:positionV>
                <wp:extent cx="48895" cy="44450"/>
                <wp:effectExtent l="12700" t="12700" r="14605" b="19050"/>
                <wp:wrapNone/>
                <wp:docPr id="785021035" name="ace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895" cy="4445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6B829" id="ace121" o:spid="_x0000_s1026" style="position:absolute;margin-left:383.45pt;margin-top:262.05pt;width:3.85pt;height:3.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" path="m,l1000,1000e" filled="f" strokecolor="#008c98" strokeweight="1.5pt">
                <v:path arrowok="t" o:connecttype="custom" o:connectlocs="0,0;48895,4445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2C96BB3" wp14:editId="44357DB4">
                <wp:simplePos x="0" y="0"/>
                <wp:positionH relativeFrom="page">
                  <wp:posOffset>4918710</wp:posOffset>
                </wp:positionH>
                <wp:positionV relativeFrom="page">
                  <wp:posOffset>3242310</wp:posOffset>
                </wp:positionV>
                <wp:extent cx="130175" cy="130175"/>
                <wp:effectExtent l="12700" t="12700" r="9525" b="9525"/>
                <wp:wrapNone/>
                <wp:docPr id="722631265" name="ace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7DF7F" id="ace123" o:spid="_x0000_s1026" style="position:absolute;margin-left:387.3pt;margin-top:255.3pt;width:10.25pt;height:10.2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" path="m,1000l1000,e" filled="f" strokecolor="#008c98" strokeweight="1.5pt">
                <v:path arrowok="t" o:connecttype="custom" o:connectlocs="0,130175;130175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56192" behindDoc="0" locked="0" layoutInCell="1" allowOverlap="1" wp14:anchorId="53244DC3" wp14:editId="32C816D8">
                <wp:simplePos x="0" y="0"/>
                <wp:positionH relativeFrom="page">
                  <wp:posOffset>4470400</wp:posOffset>
                </wp:positionH>
                <wp:positionV relativeFrom="page">
                  <wp:posOffset>3619500</wp:posOffset>
                </wp:positionV>
                <wp:extent cx="863600" cy="381000"/>
                <wp:effectExtent l="0" t="0" r="0" b="0"/>
                <wp:wrapNone/>
                <wp:docPr id="2075399227" name="ace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EBF9E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Confidence</w:t>
                            </w:r>
                          </w:p>
                          <w:p w14:paraId="6B4A1458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&amp; Evidence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44DC3" id="ace124" o:spid="_x0000_s1039" style="position:absolute;margin-left:352pt;margin-top:285pt;width:68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7D3EBF9E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Confidence</w:t>
                      </w:r>
                    </w:p>
                    <w:p w14:paraId="6B4A1458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&amp; Evidence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21309D" wp14:editId="3152D033">
                <wp:simplePos x="0" y="0"/>
                <wp:positionH relativeFrom="page">
                  <wp:posOffset>5372100</wp:posOffset>
                </wp:positionH>
                <wp:positionV relativeFrom="page">
                  <wp:posOffset>3365500</wp:posOffset>
                </wp:positionV>
                <wp:extent cx="88900" cy="114300"/>
                <wp:effectExtent l="0" t="0" r="0" b="0"/>
                <wp:wrapNone/>
                <wp:docPr id="1272927898" name="ac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1143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82967" id="ace125" o:spid="_x0000_s1026" style="position:absolute;margin-left:423pt;margin-top:265pt;width:7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" path="m,300r650,l650,r350,500l650,1000r,-300l,700,,300xe" fillcolor="#008c98" stroked="f" strokecolor="white" strokeweight=".7pt">
                <v:path arrowok="t" o:connecttype="custom" o:connectlocs="0,34290;57785,34290;57785,0;88900,57150;57785,114300;57785,80010;0,8001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0A1436" wp14:editId="0AB633BD">
                <wp:simplePos x="0" y="0"/>
                <wp:positionH relativeFrom="page">
                  <wp:posOffset>5461000</wp:posOffset>
                </wp:positionH>
                <wp:positionV relativeFrom="page">
                  <wp:posOffset>2908300</wp:posOffset>
                </wp:positionV>
                <wp:extent cx="914400" cy="1155700"/>
                <wp:effectExtent l="0" t="0" r="0" b="0"/>
                <wp:wrapNone/>
                <wp:docPr id="843990509" name="ace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74805" id="ace126" o:spid="_x0000_s1026" style="position:absolute;margin-left:430pt;margin-top:229pt;width:1in;height:9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B7E27" wp14:editId="07536341">
                <wp:simplePos x="0" y="0"/>
                <wp:positionH relativeFrom="page">
                  <wp:posOffset>5853430</wp:posOffset>
                </wp:positionH>
                <wp:positionV relativeFrom="page">
                  <wp:posOffset>3055620</wp:posOffset>
                </wp:positionV>
                <wp:extent cx="130175" cy="130175"/>
                <wp:effectExtent l="0" t="0" r="9525" b="9525"/>
                <wp:wrapNone/>
                <wp:docPr id="1938283135" name="ac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8A25B2" id="ace127" o:spid="_x0000_s1026" style="position:absolute;margin-left:460.9pt;margin-top:240.6pt;width:10.25pt;height:10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" filled="f" strokecolor="#008c98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137A39" wp14:editId="7744ACBA">
                <wp:simplePos x="0" y="0"/>
                <wp:positionH relativeFrom="page">
                  <wp:posOffset>5779770</wp:posOffset>
                </wp:positionH>
                <wp:positionV relativeFrom="page">
                  <wp:posOffset>3238500</wp:posOffset>
                </wp:positionV>
                <wp:extent cx="276225" cy="162560"/>
                <wp:effectExtent l="0" t="0" r="15875" b="15240"/>
                <wp:wrapNone/>
                <wp:docPr id="2099980298" name="ace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225" cy="162560"/>
                        </a:xfrm>
                        <a:prstGeom prst="roundRect">
                          <a:avLst>
                            <a:gd name="adj" fmla="val 20000"/>
                          </a:avLst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85463B" id="ace128" o:spid="_x0000_s1026" style="position:absolute;margin-left:455.1pt;margin-top:255pt;width:21.75pt;height:12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107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" filled="f" strokecolor="#008c98" strokeweight=".7pt">
                <v:path arrowok="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A35B7A" wp14:editId="35F90D32">
                <wp:simplePos x="0" y="0"/>
                <wp:positionH relativeFrom="page">
                  <wp:posOffset>5918200</wp:posOffset>
                </wp:positionH>
                <wp:positionV relativeFrom="page">
                  <wp:posOffset>3279140</wp:posOffset>
                </wp:positionV>
                <wp:extent cx="1270" cy="81280"/>
                <wp:effectExtent l="12700" t="12700" r="24130" b="7620"/>
                <wp:wrapNone/>
                <wp:docPr id="1747538261" name="ace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8128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8788A" id="ace130" o:spid="_x0000_s1026" style="position:absolute;margin-left:466pt;margin-top:258.2pt;width:.1pt;height:6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" path="m,l1000,1000e" filled="f" strokecolor="#008c98" strokeweight="1.5pt">
                <v:path arrowok="t" o:connecttype="custom" o:connectlocs="0,0;1270,8128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68480" behindDoc="0" locked="0" layoutInCell="1" allowOverlap="1" wp14:anchorId="2E7C01A5" wp14:editId="6657DF8B">
                <wp:simplePos x="0" y="0"/>
                <wp:positionH relativeFrom="page">
                  <wp:posOffset>5486400</wp:posOffset>
                </wp:positionH>
                <wp:positionV relativeFrom="page">
                  <wp:posOffset>3619500</wp:posOffset>
                </wp:positionV>
                <wp:extent cx="863600" cy="381000"/>
                <wp:effectExtent l="0" t="0" r="0" b="0"/>
                <wp:wrapNone/>
                <wp:docPr id="1325248590" name="ace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6D645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Autonomous or</w:t>
                            </w:r>
                          </w:p>
                          <w:p w14:paraId="45B6D282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Human Review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C01A5" id="ace131" o:spid="_x0000_s1040" style="position:absolute;margin-left:6in;margin-top:285pt;width:68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2FE6D645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Autonomous or</w:t>
                      </w:r>
                    </w:p>
                    <w:p w14:paraId="45B6D282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Human Review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27D812" wp14:editId="17991F0E">
                <wp:simplePos x="0" y="0"/>
                <wp:positionH relativeFrom="page">
                  <wp:posOffset>6388100</wp:posOffset>
                </wp:positionH>
                <wp:positionV relativeFrom="page">
                  <wp:posOffset>3365500</wp:posOffset>
                </wp:positionV>
                <wp:extent cx="88900" cy="114300"/>
                <wp:effectExtent l="0" t="0" r="0" b="0"/>
                <wp:wrapNone/>
                <wp:docPr id="221719756" name="ace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1143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A6BD7" id="ace132" o:spid="_x0000_s1026" style="position:absolute;margin-left:503pt;margin-top:265pt;width:7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" path="m,300r650,l650,r350,500l650,1000r,-300l,700,,300xe" fillcolor="#008c98" stroked="f" strokecolor="white" strokeweight=".7pt">
                <v:path arrowok="t" o:connecttype="custom" o:connectlocs="0,34290;57785,34290;57785,0;88900,57150;57785,114300;57785,80010;0,8001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4920DE" wp14:editId="587EDB1C">
                <wp:simplePos x="0" y="0"/>
                <wp:positionH relativeFrom="page">
                  <wp:posOffset>6477000</wp:posOffset>
                </wp:positionH>
                <wp:positionV relativeFrom="page">
                  <wp:posOffset>2908300</wp:posOffset>
                </wp:positionV>
                <wp:extent cx="914400" cy="1155700"/>
                <wp:effectExtent l="0" t="0" r="0" b="0"/>
                <wp:wrapNone/>
                <wp:docPr id="217284558" name="ace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1557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178A4" id="ace133" o:spid="_x0000_s1026" style="position:absolute;margin-left:510pt;margin-top:229pt;width:1in;height:9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A8A1AF" wp14:editId="014F6841">
                <wp:simplePos x="0" y="0"/>
                <wp:positionH relativeFrom="page">
                  <wp:posOffset>6808470</wp:posOffset>
                </wp:positionH>
                <wp:positionV relativeFrom="page">
                  <wp:posOffset>3067685</wp:posOffset>
                </wp:positionV>
                <wp:extent cx="240030" cy="333375"/>
                <wp:effectExtent l="0" t="0" r="13970" b="9525"/>
                <wp:wrapNone/>
                <wp:docPr id="1965221697" name="ac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333375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F6F64" id="ace134" o:spid="_x0000_s1026" style="position:absolute;margin-left:536.1pt;margin-top:241.55pt;width:18.9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" fill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5F497F" wp14:editId="08937CB6">
                <wp:simplePos x="0" y="0"/>
                <wp:positionH relativeFrom="page">
                  <wp:posOffset>6852920</wp:posOffset>
                </wp:positionH>
                <wp:positionV relativeFrom="page">
                  <wp:posOffset>3157220</wp:posOffset>
                </wp:positionV>
                <wp:extent cx="146050" cy="1270"/>
                <wp:effectExtent l="12700" t="12700" r="19050" b="24130"/>
                <wp:wrapNone/>
                <wp:docPr id="1459423062" name="ace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26775" id="ace136" o:spid="_x0000_s1026" style="position:absolute;margin-left:539.6pt;margin-top:248.6pt;width:11.5pt;height:.1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" path="m,l1000,1000e" filled="f" strokecolor="white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23FC74" wp14:editId="0898B9AC">
                <wp:simplePos x="0" y="0"/>
                <wp:positionH relativeFrom="page">
                  <wp:posOffset>6852920</wp:posOffset>
                </wp:positionH>
                <wp:positionV relativeFrom="page">
                  <wp:posOffset>3214370</wp:posOffset>
                </wp:positionV>
                <wp:extent cx="146050" cy="1270"/>
                <wp:effectExtent l="12700" t="12700" r="19050" b="24130"/>
                <wp:wrapNone/>
                <wp:docPr id="1356537559" name="ac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270F6" id="ace138" o:spid="_x0000_s1026" style="position:absolute;margin-left:539.6pt;margin-top:253.1pt;width:11.5pt;height:.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" path="m,l1000,1000e" filled="f" strokecolor="white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17B28E" wp14:editId="3629DED5">
                <wp:simplePos x="0" y="0"/>
                <wp:positionH relativeFrom="page">
                  <wp:posOffset>6852920</wp:posOffset>
                </wp:positionH>
                <wp:positionV relativeFrom="page">
                  <wp:posOffset>3270885</wp:posOffset>
                </wp:positionV>
                <wp:extent cx="146050" cy="1270"/>
                <wp:effectExtent l="12700" t="12700" r="19050" b="24130"/>
                <wp:wrapNone/>
                <wp:docPr id="1807857406" name="ace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71B85" id="ace140" o:spid="_x0000_s1026" style="position:absolute;margin-left:539.6pt;margin-top:257.55pt;width:11.5pt;height:.1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" path="m,l1000,1000e" filled="f" strokecolor="white" strokeweight="1.5pt">
                <v:path arrowok="t" o:connecttype="custom" o:connectlocs="0,0;1460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5664C5" wp14:editId="3064E024">
                <wp:simplePos x="0" y="0"/>
                <wp:positionH relativeFrom="page">
                  <wp:posOffset>6901815</wp:posOffset>
                </wp:positionH>
                <wp:positionV relativeFrom="page">
                  <wp:posOffset>3328035</wp:posOffset>
                </wp:positionV>
                <wp:extent cx="48895" cy="44450"/>
                <wp:effectExtent l="12700" t="12700" r="14605" b="19050"/>
                <wp:wrapNone/>
                <wp:docPr id="1939276918" name="ace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895" cy="4445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4678D" id="ace142" o:spid="_x0000_s1026" style="position:absolute;margin-left:543.45pt;margin-top:262.05pt;width:3.85pt;height:3.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" path="m,l1000,1000e" filled="f" strokecolor="white" strokeweight="1.5pt">
                <v:path arrowok="t" o:connecttype="custom" o:connectlocs="0,0;48895,4445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F7813F" wp14:editId="3A262242">
                <wp:simplePos x="0" y="0"/>
                <wp:positionH relativeFrom="page">
                  <wp:posOffset>6950710</wp:posOffset>
                </wp:positionH>
                <wp:positionV relativeFrom="page">
                  <wp:posOffset>3242310</wp:posOffset>
                </wp:positionV>
                <wp:extent cx="130175" cy="130175"/>
                <wp:effectExtent l="12700" t="12700" r="9525" b="9525"/>
                <wp:wrapNone/>
                <wp:docPr id="234433713" name="ace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872C9" id="ace144" o:spid="_x0000_s1026" style="position:absolute;margin-left:547.3pt;margin-top:255.3pt;width:10.25pt;height:10.2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" path="m,1000l1000,e" filled="f" strokecolor="white" strokeweight="1.5pt">
                <v:path arrowok="t" o:connecttype="custom" o:connectlocs="0,130175;130175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86912" behindDoc="0" locked="0" layoutInCell="1" allowOverlap="1" wp14:anchorId="63FD05AE" wp14:editId="7CCFDDE4">
                <wp:simplePos x="0" y="0"/>
                <wp:positionH relativeFrom="page">
                  <wp:posOffset>6502400</wp:posOffset>
                </wp:positionH>
                <wp:positionV relativeFrom="page">
                  <wp:posOffset>3619500</wp:posOffset>
                </wp:positionV>
                <wp:extent cx="863600" cy="381000"/>
                <wp:effectExtent l="0" t="0" r="0" b="0"/>
                <wp:wrapNone/>
                <wp:docPr id="1614405614" name="ace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B0A478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Validated</w:t>
                            </w:r>
                          </w:p>
                          <w:p w14:paraId="04A26949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Output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D05AE" id="ace145" o:spid="_x0000_s1041" style="position:absolute;margin-left:512pt;margin-top:285pt;width:68pt;height:30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25B0A478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7"/>
                        </w:rPr>
                        <w:t>Validated</w:t>
                      </w:r>
                    </w:p>
                    <w:p w14:paraId="04A26949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7"/>
                        </w:rPr>
                        <w:t>Output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88960" behindDoc="0" locked="0" layoutInCell="1" allowOverlap="1" wp14:anchorId="4D80736E" wp14:editId="53D929B0">
                <wp:simplePos x="0" y="0"/>
                <wp:positionH relativeFrom="page">
                  <wp:posOffset>381000</wp:posOffset>
                </wp:positionH>
                <wp:positionV relativeFrom="page">
                  <wp:posOffset>4305300</wp:posOffset>
                </wp:positionV>
                <wp:extent cx="317500" cy="228600"/>
                <wp:effectExtent l="0" t="0" r="0" b="0"/>
                <wp:wrapNone/>
                <wp:docPr id="2079996162" name="ace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4743E" w14:textId="77777777" w:rsidR="0094514B" w:rsidRDefault="00000000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color w:val="008C98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0736E" id="ace146" o:spid="_x0000_s1042" style="position:absolute;margin-left:30pt;margin-top:339pt;width:25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" filled="f" stroked="f" strokecolor="white" strokeweight=".7pt">
                <v:path arrowok="t"/>
                <v:textbox inset="0,0,0,0">
                  <w:txbxContent>
                    <w:p w14:paraId="5974743E" w14:textId="77777777" w:rsidR="0094514B" w:rsidRDefault="00000000">
                      <w:pPr>
                        <w:spacing w:after="0" w:line="220" w:lineRule="exact"/>
                      </w:pPr>
                      <w:r>
                        <w:rPr>
                          <w:b/>
                          <w:color w:val="008C98"/>
                        </w:rPr>
                        <w:t>02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91008" behindDoc="0" locked="0" layoutInCell="1" allowOverlap="1" wp14:anchorId="4D211FE6" wp14:editId="0AD1A807">
                <wp:simplePos x="0" y="0"/>
                <wp:positionH relativeFrom="page">
                  <wp:posOffset>723900</wp:posOffset>
                </wp:positionH>
                <wp:positionV relativeFrom="page">
                  <wp:posOffset>4305300</wp:posOffset>
                </wp:positionV>
                <wp:extent cx="6667500" cy="254000"/>
                <wp:effectExtent l="0" t="0" r="0" b="0"/>
                <wp:wrapNone/>
                <wp:docPr id="871050201" name="ace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65C96" w14:textId="77777777" w:rsidR="0094514B" w:rsidRDefault="00000000">
                            <w:pPr>
                              <w:spacing w:after="0" w:line="286" w:lineRule="exact"/>
                            </w:pPr>
                            <w:r>
                              <w:rPr>
                                <w:b/>
                                <w:color w:val="102B46"/>
                                <w:sz w:val="26"/>
                              </w:rPr>
                              <w:t>ACE Intelligence Layer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11FE6" id="ace147" o:spid="_x0000_s1043" style="position:absolute;margin-left:57pt;margin-top:339pt;width:525pt;height:20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01765C96" w14:textId="77777777" w:rsidR="0094514B" w:rsidRDefault="00000000">
                      <w:pPr>
                        <w:spacing w:after="0" w:line="286" w:lineRule="exact"/>
                      </w:pPr>
                      <w:r>
                        <w:rPr>
                          <w:b/>
                          <w:color w:val="102B46"/>
                          <w:sz w:val="26"/>
                        </w:rPr>
                        <w:t>ACE Intelligence Layer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93056" behindDoc="0" locked="0" layoutInCell="1" allowOverlap="1" wp14:anchorId="2827D67B" wp14:editId="1B5C0088">
                <wp:simplePos x="0" y="0"/>
                <wp:positionH relativeFrom="page">
                  <wp:posOffset>723900</wp:posOffset>
                </wp:positionH>
                <wp:positionV relativeFrom="page">
                  <wp:posOffset>4572000</wp:posOffset>
                </wp:positionV>
                <wp:extent cx="6350000" cy="228600"/>
                <wp:effectExtent l="0" t="0" r="0" b="0"/>
                <wp:wrapNone/>
                <wp:docPr id="562379069" name="ace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B03C7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color w:val="526B7F"/>
                                <w:sz w:val="18"/>
                              </w:rPr>
                              <w:t>Clinical intelligence wrapped in evidence, validation and human oversight.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27D67B" id="ace148" o:spid="_x0000_s1044" style="position:absolute;margin-left:57pt;margin-top:5in;width:500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59DB03C7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color w:val="526B7F"/>
                          <w:sz w:val="18"/>
                        </w:rPr>
                        <w:t>Clinical intelligence wrapped in evidence, validation and human oversight.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8D1EB3" wp14:editId="47DF82D5">
                <wp:simplePos x="0" y="0"/>
                <wp:positionH relativeFrom="page">
                  <wp:posOffset>2311400</wp:posOffset>
                </wp:positionH>
                <wp:positionV relativeFrom="page">
                  <wp:posOffset>5092700</wp:posOffset>
                </wp:positionV>
                <wp:extent cx="3149600" cy="3149600"/>
                <wp:effectExtent l="0" t="0" r="0" b="0"/>
                <wp:wrapNone/>
                <wp:docPr id="1121188109" name="ac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9600" cy="3149600"/>
                        </a:xfrm>
                        <a:prstGeom prst="ellipse">
                          <a:avLst/>
                        </a:prstGeom>
                        <a:solidFill>
                          <a:srgbClr val="DAEC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B22277" id="ace149" o:spid="_x0000_s1026" style="position:absolute;margin-left:182pt;margin-top:401pt;width:248pt;height:248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" fillcolor="#daecef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AAFBFE" wp14:editId="0E923E94">
                <wp:simplePos x="0" y="0"/>
                <wp:positionH relativeFrom="page">
                  <wp:posOffset>2540000</wp:posOffset>
                </wp:positionH>
                <wp:positionV relativeFrom="page">
                  <wp:posOffset>5321300</wp:posOffset>
                </wp:positionV>
                <wp:extent cx="2692400" cy="2692400"/>
                <wp:effectExtent l="0" t="0" r="0" b="0"/>
                <wp:wrapNone/>
                <wp:docPr id="496290286" name="ace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92400" cy="2692400"/>
                        </a:xfrm>
                        <a:prstGeom prst="ellipse">
                          <a:avLst/>
                        </a:prstGeom>
                        <a:solidFill>
                          <a:srgbClr val="B7D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55A5E7" id="ace150" o:spid="_x0000_s1026" style="position:absolute;margin-left:200pt;margin-top:419pt;width:212pt;height:212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" fillcolor="#b7dee3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777E8C" wp14:editId="523E7EF9">
                <wp:simplePos x="0" y="0"/>
                <wp:positionH relativeFrom="page">
                  <wp:posOffset>2768600</wp:posOffset>
                </wp:positionH>
                <wp:positionV relativeFrom="page">
                  <wp:posOffset>5549900</wp:posOffset>
                </wp:positionV>
                <wp:extent cx="2235200" cy="2235200"/>
                <wp:effectExtent l="0" t="0" r="0" b="0"/>
                <wp:wrapNone/>
                <wp:docPr id="704373272" name="ace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200" cy="2235200"/>
                        </a:xfrm>
                        <a:prstGeom prst="ellipse">
                          <a:avLst/>
                        </a:prstGeom>
                        <a:solidFill>
                          <a:srgbClr val="70BB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42D865" id="ace151" o:spid="_x0000_s1026" style="position:absolute;margin-left:218pt;margin-top:437pt;width:176pt;height:176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" fillcolor="#70bbcb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9A068D" wp14:editId="29FA1EE0">
                <wp:simplePos x="0" y="0"/>
                <wp:positionH relativeFrom="page">
                  <wp:posOffset>2997200</wp:posOffset>
                </wp:positionH>
                <wp:positionV relativeFrom="page">
                  <wp:posOffset>5778500</wp:posOffset>
                </wp:positionV>
                <wp:extent cx="1778000" cy="1778000"/>
                <wp:effectExtent l="0" t="0" r="0" b="0"/>
                <wp:wrapNone/>
                <wp:docPr id="1175771672" name="ace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778000"/>
                        </a:xfrm>
                        <a:prstGeom prst="ellipse">
                          <a:avLst/>
                        </a:prstGeom>
                        <a:solidFill>
                          <a:srgbClr val="2986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705E32" id="ace152" o:spid="_x0000_s1026" style="position:absolute;margin-left:236pt;margin-top:455pt;width:140pt;height:140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" fillcolor="#2986ab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7F2E12" wp14:editId="5917594E">
                <wp:simplePos x="0" y="0"/>
                <wp:positionH relativeFrom="page">
                  <wp:posOffset>3225800</wp:posOffset>
                </wp:positionH>
                <wp:positionV relativeFrom="page">
                  <wp:posOffset>6007100</wp:posOffset>
                </wp:positionV>
                <wp:extent cx="1320800" cy="1320800"/>
                <wp:effectExtent l="0" t="0" r="0" b="0"/>
                <wp:wrapNone/>
                <wp:docPr id="8062355" name="ace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800" cy="1320800"/>
                        </a:xfrm>
                        <a:prstGeom prst="ellipse">
                          <a:avLst/>
                        </a:prstGeom>
                        <a:solidFill>
                          <a:srgbClr val="1764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86B857" id="ace153" o:spid="_x0000_s1026" style="position:absolute;margin-left:254pt;margin-top:473pt;width:104pt;height:104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" fillcolor="#17649b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FC9ED69" wp14:editId="30A5BA73">
                <wp:simplePos x="0" y="0"/>
                <wp:positionH relativeFrom="page">
                  <wp:posOffset>3454400</wp:posOffset>
                </wp:positionH>
                <wp:positionV relativeFrom="page">
                  <wp:posOffset>6235700</wp:posOffset>
                </wp:positionV>
                <wp:extent cx="863600" cy="863600"/>
                <wp:effectExtent l="0" t="0" r="0" b="0"/>
                <wp:wrapNone/>
                <wp:docPr id="1403628425" name="ace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0" cy="863600"/>
                        </a:xfrm>
                        <a:prstGeom prst="ellipse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DB6084" id="ace154" o:spid="_x0000_s1026" style="position:absolute;margin-left:272pt;margin-top:491pt;width:68pt;height:68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" fillcolor="#102b46" strok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07392" behindDoc="0" locked="0" layoutInCell="1" allowOverlap="1" wp14:anchorId="60EE976E" wp14:editId="3C344601">
                <wp:simplePos x="0" y="0"/>
                <wp:positionH relativeFrom="page">
                  <wp:posOffset>2717800</wp:posOffset>
                </wp:positionH>
                <wp:positionV relativeFrom="page">
                  <wp:posOffset>5181600</wp:posOffset>
                </wp:positionV>
                <wp:extent cx="2336800" cy="190500"/>
                <wp:effectExtent l="0" t="0" r="0" b="0"/>
                <wp:wrapNone/>
                <wp:docPr id="713507393" name="ace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8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2BD3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6"/>
                              </w:rPr>
                              <w:t>AUDIT TRAIL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E976E" id="ace155" o:spid="_x0000_s1045" style="position:absolute;margin-left:214pt;margin-top:408pt;width:184pt;height:1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4ABB2BD3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6"/>
                        </w:rPr>
                        <w:t>AUDIT TRAIL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09440" behindDoc="0" locked="0" layoutInCell="1" allowOverlap="1" wp14:anchorId="3C6E758C" wp14:editId="74A045E3">
                <wp:simplePos x="0" y="0"/>
                <wp:positionH relativeFrom="page">
                  <wp:posOffset>2717800</wp:posOffset>
                </wp:positionH>
                <wp:positionV relativeFrom="page">
                  <wp:posOffset>5410200</wp:posOffset>
                </wp:positionV>
                <wp:extent cx="2336800" cy="190500"/>
                <wp:effectExtent l="0" t="0" r="0" b="0"/>
                <wp:wrapNone/>
                <wp:docPr id="1806365570" name="ace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8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B806D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6"/>
                              </w:rPr>
                              <w:t>HUMAN OVERSIGHT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E758C" id="ace156" o:spid="_x0000_s1046" style="position:absolute;margin-left:214pt;margin-top:426pt;width:184pt;height:1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033B806D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6"/>
                        </w:rPr>
                        <w:t>HUMAN OVERSIGHT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11488" behindDoc="0" locked="0" layoutInCell="1" allowOverlap="1" wp14:anchorId="43A600FD" wp14:editId="5280B690">
                <wp:simplePos x="0" y="0"/>
                <wp:positionH relativeFrom="page">
                  <wp:posOffset>2717800</wp:posOffset>
                </wp:positionH>
                <wp:positionV relativeFrom="page">
                  <wp:posOffset>5638800</wp:posOffset>
                </wp:positionV>
                <wp:extent cx="2336800" cy="190500"/>
                <wp:effectExtent l="0" t="0" r="0" b="0"/>
                <wp:wrapNone/>
                <wp:docPr id="64256870" name="ace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8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394E1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6"/>
                              </w:rPr>
                              <w:t>VALIDATION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600FD" id="ace157" o:spid="_x0000_s1047" style="position:absolute;margin-left:214pt;margin-top:444pt;width:184pt;height:1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3AB394E1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6"/>
                        </w:rPr>
                        <w:t>VALIDATION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13536" behindDoc="0" locked="0" layoutInCell="1" allowOverlap="1" wp14:anchorId="2EE8852F" wp14:editId="294A31DE">
                <wp:simplePos x="0" y="0"/>
                <wp:positionH relativeFrom="page">
                  <wp:posOffset>2717800</wp:posOffset>
                </wp:positionH>
                <wp:positionV relativeFrom="page">
                  <wp:posOffset>5867400</wp:posOffset>
                </wp:positionV>
                <wp:extent cx="2336800" cy="190500"/>
                <wp:effectExtent l="0" t="0" r="0" b="0"/>
                <wp:wrapNone/>
                <wp:docPr id="1155860274" name="ace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8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B60F4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CODING INTELLIGENCE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8852F" id="ace158" o:spid="_x0000_s1048" style="position:absolute;margin-left:214pt;margin-top:462pt;width:184pt;height:1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7BCB60F4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CODING INTELLIGENCE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15584" behindDoc="0" locked="0" layoutInCell="1" allowOverlap="1" wp14:anchorId="1E67EAAA" wp14:editId="13A24D82">
                <wp:simplePos x="0" y="0"/>
                <wp:positionH relativeFrom="page">
                  <wp:posOffset>2717800</wp:posOffset>
                </wp:positionH>
                <wp:positionV relativeFrom="page">
                  <wp:posOffset>6096000</wp:posOffset>
                </wp:positionV>
                <wp:extent cx="2336800" cy="190500"/>
                <wp:effectExtent l="0" t="0" r="0" b="0"/>
                <wp:wrapNone/>
                <wp:docPr id="659213204" name="ace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8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446C1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AI / NLP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7EAAA" id="ace159" o:spid="_x0000_s1049" style="position:absolute;margin-left:214pt;margin-top:480pt;width:184pt;height:1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4CC446C1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AI / NLP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17632" behindDoc="0" locked="0" layoutInCell="1" allowOverlap="1" wp14:anchorId="54842E38" wp14:editId="6DEE0ACF">
                <wp:simplePos x="0" y="0"/>
                <wp:positionH relativeFrom="page">
                  <wp:posOffset>3517900</wp:posOffset>
                </wp:positionH>
                <wp:positionV relativeFrom="page">
                  <wp:posOffset>6477000</wp:posOffset>
                </wp:positionV>
                <wp:extent cx="736600" cy="457200"/>
                <wp:effectExtent l="0" t="0" r="0" b="0"/>
                <wp:wrapNone/>
                <wp:docPr id="2126105753" name="ace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703D4A" w14:textId="77777777" w:rsidR="0094514B" w:rsidRDefault="00000000">
                            <w:pPr>
                              <w:spacing w:after="0" w:line="242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Clinical</w:t>
                            </w:r>
                          </w:p>
                          <w:p w14:paraId="0DEBF349" w14:textId="77777777" w:rsidR="0094514B" w:rsidRDefault="00000000">
                            <w:pPr>
                              <w:spacing w:after="0" w:line="242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42E38" id="ace160" o:spid="_x0000_s1050" style="position:absolute;margin-left:277pt;margin-top:510pt;width:58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15703D4A" w14:textId="77777777" w:rsidR="0094514B" w:rsidRDefault="00000000">
                      <w:pPr>
                        <w:spacing w:after="0" w:line="242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Clinical</w:t>
                      </w:r>
                    </w:p>
                    <w:p w14:paraId="0DEBF349" w14:textId="77777777" w:rsidR="0094514B" w:rsidRDefault="00000000">
                      <w:pPr>
                        <w:spacing w:after="0" w:line="242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Data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19680" behindDoc="0" locked="0" layoutInCell="1" allowOverlap="1" wp14:anchorId="602199B0" wp14:editId="0411E3C3">
                <wp:simplePos x="0" y="0"/>
                <wp:positionH relativeFrom="page">
                  <wp:posOffset>3035300</wp:posOffset>
                </wp:positionH>
                <wp:positionV relativeFrom="page">
                  <wp:posOffset>7315200</wp:posOffset>
                </wp:positionV>
                <wp:extent cx="1701800" cy="254000"/>
                <wp:effectExtent l="0" t="0" r="0" b="0"/>
                <wp:wrapNone/>
                <wp:docPr id="1255228666" name="ace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18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1F2237" w14:textId="77777777" w:rsidR="0094514B" w:rsidRDefault="00000000">
                            <w:pPr>
                              <w:spacing w:after="0" w:line="484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ACE™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199B0" id="ace161" o:spid="_x0000_s1051" style="position:absolute;margin-left:239pt;margin-top:8in;width:134pt;height:20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661F2237" w14:textId="77777777" w:rsidR="0094514B" w:rsidRDefault="00000000">
                      <w:pPr>
                        <w:spacing w:after="0" w:line="484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ACE™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D5B55C1" wp14:editId="73F5A381">
                <wp:simplePos x="0" y="0"/>
                <wp:positionH relativeFrom="page">
                  <wp:posOffset>2222500</wp:posOffset>
                </wp:positionH>
                <wp:positionV relativeFrom="page">
                  <wp:posOffset>5511800</wp:posOffset>
                </wp:positionV>
                <wp:extent cx="190500" cy="1270"/>
                <wp:effectExtent l="0" t="0" r="12700" b="24130"/>
                <wp:wrapNone/>
                <wp:docPr id="783534349" name="ace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8BB6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17958" id="ace163" o:spid="_x0000_s1026" style="position:absolute;margin-left:175pt;margin-top:434pt;width:15pt;height:.1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" path="m,l1000,1000e" filled="f" strokecolor="#8bb6c4" strokeweight="1pt">
                <v:path arrowok="t" o:connecttype="custom" o:connectlocs="0,0;190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8E7643" wp14:editId="415BBF7B">
                <wp:simplePos x="0" y="0"/>
                <wp:positionH relativeFrom="page">
                  <wp:posOffset>381000</wp:posOffset>
                </wp:positionH>
                <wp:positionV relativeFrom="page">
                  <wp:posOffset>5003800</wp:posOffset>
                </wp:positionV>
                <wp:extent cx="1828800" cy="1155700"/>
                <wp:effectExtent l="0" t="0" r="0" b="0"/>
                <wp:wrapNone/>
                <wp:docPr id="1519220955" name="ace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8E850" id="ace164" o:spid="_x0000_s1026" style="position:absolute;margin-left:30pt;margin-top:394pt;width:2in;height:91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CDB509" wp14:editId="29A714EE">
                <wp:simplePos x="0" y="0"/>
                <wp:positionH relativeFrom="page">
                  <wp:posOffset>542925</wp:posOffset>
                </wp:positionH>
                <wp:positionV relativeFrom="page">
                  <wp:posOffset>5130800</wp:posOffset>
                </wp:positionV>
                <wp:extent cx="187325" cy="260350"/>
                <wp:effectExtent l="0" t="0" r="15875" b="19050"/>
                <wp:wrapNone/>
                <wp:docPr id="1466290652" name="ace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325" cy="2603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5DCF4" id="ace165" o:spid="_x0000_s1026" style="position:absolute;margin-left:42.75pt;margin-top:404pt;width:14.75pt;height:20.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9DAAF47" wp14:editId="2582EED7">
                <wp:simplePos x="0" y="0"/>
                <wp:positionH relativeFrom="page">
                  <wp:posOffset>577850</wp:posOffset>
                </wp:positionH>
                <wp:positionV relativeFrom="page">
                  <wp:posOffset>5200650</wp:posOffset>
                </wp:positionV>
                <wp:extent cx="114300" cy="1270"/>
                <wp:effectExtent l="12700" t="12700" r="12700" b="24130"/>
                <wp:wrapNone/>
                <wp:docPr id="1679191114" name="ace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C594D" id="ace167" o:spid="_x0000_s1026" style="position:absolute;margin-left:45.5pt;margin-top:409.5pt;width:9pt;height:.1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B1182DA" wp14:editId="59D5A961">
                <wp:simplePos x="0" y="0"/>
                <wp:positionH relativeFrom="page">
                  <wp:posOffset>577850</wp:posOffset>
                </wp:positionH>
                <wp:positionV relativeFrom="page">
                  <wp:posOffset>5245100</wp:posOffset>
                </wp:positionV>
                <wp:extent cx="114300" cy="1270"/>
                <wp:effectExtent l="12700" t="12700" r="12700" b="24130"/>
                <wp:wrapNone/>
                <wp:docPr id="1304740681" name="ace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F81A5" id="ace169" o:spid="_x0000_s1026" style="position:absolute;margin-left:45.5pt;margin-top:413pt;width:9pt;height:.1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4CFD350" wp14:editId="63EAA589">
                <wp:simplePos x="0" y="0"/>
                <wp:positionH relativeFrom="page">
                  <wp:posOffset>577850</wp:posOffset>
                </wp:positionH>
                <wp:positionV relativeFrom="page">
                  <wp:posOffset>5289550</wp:posOffset>
                </wp:positionV>
                <wp:extent cx="114300" cy="1270"/>
                <wp:effectExtent l="12700" t="12700" r="12700" b="24130"/>
                <wp:wrapNone/>
                <wp:docPr id="1414924198" name="ace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B60C2" id="ace171" o:spid="_x0000_s1026" style="position:absolute;margin-left:45.5pt;margin-top:416.5pt;width:9pt;height:.1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BDD742D" wp14:editId="39BEC268">
                <wp:simplePos x="0" y="0"/>
                <wp:positionH relativeFrom="page">
                  <wp:posOffset>615950</wp:posOffset>
                </wp:positionH>
                <wp:positionV relativeFrom="page">
                  <wp:posOffset>5334000</wp:posOffset>
                </wp:positionV>
                <wp:extent cx="38100" cy="34925"/>
                <wp:effectExtent l="12700" t="12700" r="12700" b="15875"/>
                <wp:wrapNone/>
                <wp:docPr id="1419640145" name="ace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492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39F8B" id="ace173" o:spid="_x0000_s1026" style="position:absolute;margin-left:48.5pt;margin-top:420pt;width:3pt;height:2.7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" path="m,l1000,1000e" filled="f" strokecolor="#008c98" strokeweight="1.5pt">
                <v:path arrowok="t" o:connecttype="custom" o:connectlocs="0,0;38100,3492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634E460" wp14:editId="162A137D">
                <wp:simplePos x="0" y="0"/>
                <wp:positionH relativeFrom="page">
                  <wp:posOffset>654050</wp:posOffset>
                </wp:positionH>
                <wp:positionV relativeFrom="page">
                  <wp:posOffset>5267325</wp:posOffset>
                </wp:positionV>
                <wp:extent cx="101600" cy="101600"/>
                <wp:effectExtent l="12700" t="12700" r="12700" b="12700"/>
                <wp:wrapNone/>
                <wp:docPr id="955276609" name="ace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28978" id="ace175" o:spid="_x0000_s1026" style="position:absolute;margin-left:51.5pt;margin-top:414.75pt;width:8pt;height:8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" path="m,1000l1000,e" filled="f" strokecolor="#008c98" strokeweight="1.5pt">
                <v:path arrowok="t" o:connecttype="custom" o:connectlocs="0,101600;10160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38112" behindDoc="0" locked="0" layoutInCell="1" allowOverlap="1" wp14:anchorId="673A695D" wp14:editId="46E91583">
                <wp:simplePos x="0" y="0"/>
                <wp:positionH relativeFrom="page">
                  <wp:posOffset>876300</wp:posOffset>
                </wp:positionH>
                <wp:positionV relativeFrom="page">
                  <wp:posOffset>5118100</wp:posOffset>
                </wp:positionV>
                <wp:extent cx="1282700" cy="381000"/>
                <wp:effectExtent l="0" t="0" r="0" b="0"/>
                <wp:wrapNone/>
                <wp:docPr id="723030343" name="ac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F2971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Evidence-Linked</w:t>
                            </w:r>
                          </w:p>
                          <w:p w14:paraId="03A58E46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Coding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A695D" id="ace176" o:spid="_x0000_s1052" style="position:absolute;margin-left:69pt;margin-top:403pt;width:101pt;height:30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1FBF2971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Evidence-Linked</w:t>
                      </w:r>
                    </w:p>
                    <w:p w14:paraId="03A58E46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Coding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40160" behindDoc="0" locked="0" layoutInCell="1" allowOverlap="1" wp14:anchorId="76EB1EAC" wp14:editId="3504B5C1">
                <wp:simplePos x="0" y="0"/>
                <wp:positionH relativeFrom="page">
                  <wp:posOffset>495300</wp:posOffset>
                </wp:positionH>
                <wp:positionV relativeFrom="page">
                  <wp:posOffset>5626100</wp:posOffset>
                </wp:positionV>
                <wp:extent cx="1676400" cy="457200"/>
                <wp:effectExtent l="0" t="0" r="0" b="0"/>
                <wp:wrapNone/>
                <wp:docPr id="1750472472" name="ace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4DB07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Recommendations tied to</w:t>
                            </w:r>
                          </w:p>
                          <w:p w14:paraId="6B638B7C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clinical documentation.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B1EAC" id="ace177" o:spid="_x0000_s1053" style="position:absolute;margin-left:39pt;margin-top:443pt;width:132pt;height:36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6D54DB07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Recommendations tied to</w:t>
                      </w:r>
                    </w:p>
                    <w:p w14:paraId="6B638B7C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clinical documentation.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0BD7DF7" wp14:editId="50961FD5">
                <wp:simplePos x="0" y="0"/>
                <wp:positionH relativeFrom="page">
                  <wp:posOffset>2222500</wp:posOffset>
                </wp:positionH>
                <wp:positionV relativeFrom="page">
                  <wp:posOffset>6769100</wp:posOffset>
                </wp:positionV>
                <wp:extent cx="190500" cy="1270"/>
                <wp:effectExtent l="0" t="0" r="12700" b="24130"/>
                <wp:wrapNone/>
                <wp:docPr id="702460766" name="ace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8BB6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0E8EE" id="ace179" o:spid="_x0000_s1026" style="position:absolute;margin-left:175pt;margin-top:533pt;width:15pt;height:.1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" path="m,l1000,1000e" filled="f" strokecolor="#8bb6c4" strokeweight="1pt">
                <v:path arrowok="t" o:connecttype="custom" o:connectlocs="0,0;190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A500393" wp14:editId="5AA5E608">
                <wp:simplePos x="0" y="0"/>
                <wp:positionH relativeFrom="page">
                  <wp:posOffset>381000</wp:posOffset>
                </wp:positionH>
                <wp:positionV relativeFrom="page">
                  <wp:posOffset>6261100</wp:posOffset>
                </wp:positionV>
                <wp:extent cx="1828800" cy="1155700"/>
                <wp:effectExtent l="0" t="0" r="0" b="0"/>
                <wp:wrapNone/>
                <wp:docPr id="862906951" name="ace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C89B9" id="ace180" o:spid="_x0000_s1026" style="position:absolute;margin-left:30pt;margin-top:493pt;width:2in;height:91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976B3A0" wp14:editId="49D5B81F">
                <wp:simplePos x="0" y="0"/>
                <wp:positionH relativeFrom="page">
                  <wp:posOffset>600075</wp:posOffset>
                </wp:positionH>
                <wp:positionV relativeFrom="page">
                  <wp:posOffset>6375400</wp:posOffset>
                </wp:positionV>
                <wp:extent cx="82550" cy="82550"/>
                <wp:effectExtent l="0" t="0" r="19050" b="19050"/>
                <wp:wrapNone/>
                <wp:docPr id="1052263663" name="ace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06402" id="ace181" o:spid="_x0000_s1026" style="position:absolute;margin-left:47.25pt;margin-top:502pt;width:6.5pt;height:6.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" filled="f" strokecolor="#008c98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705638A" wp14:editId="14C87CA7">
                <wp:simplePos x="0" y="0"/>
                <wp:positionH relativeFrom="page">
                  <wp:posOffset>641350</wp:posOffset>
                </wp:positionH>
                <wp:positionV relativeFrom="page">
                  <wp:posOffset>6457950</wp:posOffset>
                </wp:positionV>
                <wp:extent cx="1270" cy="63500"/>
                <wp:effectExtent l="12700" t="12700" r="24130" b="12700"/>
                <wp:wrapNone/>
                <wp:docPr id="1885367930" name="ace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35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A1DE3" id="ace183" o:spid="_x0000_s1026" style="position:absolute;margin-left:50.5pt;margin-top:508.5pt;width:.1pt;height: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" path="m,l1000,1000e" filled="f" strokecolor="#008c98" strokeweight="1.5pt">
                <v:path arrowok="t" o:connecttype="custom" o:connectlocs="0,0;1270,635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A62CC23" wp14:editId="6B3E40C4">
                <wp:simplePos x="0" y="0"/>
                <wp:positionH relativeFrom="page">
                  <wp:posOffset>542925</wp:posOffset>
                </wp:positionH>
                <wp:positionV relativeFrom="page">
                  <wp:posOffset>6521450</wp:posOffset>
                </wp:positionV>
                <wp:extent cx="196850" cy="1270"/>
                <wp:effectExtent l="12700" t="12700" r="19050" b="24130"/>
                <wp:wrapNone/>
                <wp:docPr id="1020646227" name="ace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85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FA460" id="ace185" o:spid="_x0000_s1026" style="position:absolute;margin-left:42.75pt;margin-top:513.5pt;width:15.5pt;height:.1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" path="m,l1000,1000e" filled="f" strokecolor="#008c98" strokeweight="1.5pt">
                <v:path arrowok="t" o:connecttype="custom" o:connectlocs="0,0;19685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E47882D" wp14:editId="2940129F">
                <wp:simplePos x="0" y="0"/>
                <wp:positionH relativeFrom="page">
                  <wp:posOffset>542925</wp:posOffset>
                </wp:positionH>
                <wp:positionV relativeFrom="page">
                  <wp:posOffset>6521450</wp:posOffset>
                </wp:positionV>
                <wp:extent cx="1270" cy="63500"/>
                <wp:effectExtent l="12700" t="12700" r="24130" b="12700"/>
                <wp:wrapNone/>
                <wp:docPr id="1467907870" name="ace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35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698B8" id="ace187" o:spid="_x0000_s1026" style="position:absolute;margin-left:42.75pt;margin-top:513.5pt;width:.1pt;height: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" path="m,l1000,1000e" filled="f" strokecolor="#008c98" strokeweight="1.5pt">
                <v:path arrowok="t" o:connecttype="custom" o:connectlocs="0,0;1270,635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A17234C" wp14:editId="04B1E3AB">
                <wp:simplePos x="0" y="0"/>
                <wp:positionH relativeFrom="page">
                  <wp:posOffset>739775</wp:posOffset>
                </wp:positionH>
                <wp:positionV relativeFrom="page">
                  <wp:posOffset>6521450</wp:posOffset>
                </wp:positionV>
                <wp:extent cx="1270" cy="63500"/>
                <wp:effectExtent l="12700" t="12700" r="24130" b="12700"/>
                <wp:wrapNone/>
                <wp:docPr id="341800156" name="ace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35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52982" id="ace189" o:spid="_x0000_s1026" style="position:absolute;margin-left:58.25pt;margin-top:513.5pt;width:.1pt;height: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" path="m,l1000,1000e" filled="f" strokecolor="#008c98" strokeweight="1.5pt">
                <v:path arrowok="t" o:connecttype="custom" o:connectlocs="0,0;1270,635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777CE6B" wp14:editId="0A36BAA9">
                <wp:simplePos x="0" y="0"/>
                <wp:positionH relativeFrom="page">
                  <wp:posOffset>498475</wp:posOffset>
                </wp:positionH>
                <wp:positionV relativeFrom="page">
                  <wp:posOffset>6594475</wp:posOffset>
                </wp:positionV>
                <wp:extent cx="88900" cy="69850"/>
                <wp:effectExtent l="0" t="0" r="12700" b="19050"/>
                <wp:wrapNone/>
                <wp:docPr id="1794100980" name="ace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98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4B6F6" id="ace190" o:spid="_x0000_s1026" style="position:absolute;margin-left:39.25pt;margin-top:519.25pt;width:7pt;height:5.5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0A3AC6D" wp14:editId="521AB2EE">
                <wp:simplePos x="0" y="0"/>
                <wp:positionH relativeFrom="page">
                  <wp:posOffset>695325</wp:posOffset>
                </wp:positionH>
                <wp:positionV relativeFrom="page">
                  <wp:posOffset>6594475</wp:posOffset>
                </wp:positionV>
                <wp:extent cx="88900" cy="69850"/>
                <wp:effectExtent l="0" t="0" r="12700" b="19050"/>
                <wp:wrapNone/>
                <wp:docPr id="1162676532" name="ace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98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00532" id="ace191" o:spid="_x0000_s1026" style="position:absolute;margin-left:54.75pt;margin-top:519.25pt;width:7pt;height:5.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0640" behindDoc="0" locked="0" layoutInCell="1" allowOverlap="1" wp14:anchorId="654F2C80" wp14:editId="296B14C0">
                <wp:simplePos x="0" y="0"/>
                <wp:positionH relativeFrom="page">
                  <wp:posOffset>876300</wp:posOffset>
                </wp:positionH>
                <wp:positionV relativeFrom="page">
                  <wp:posOffset>6375400</wp:posOffset>
                </wp:positionV>
                <wp:extent cx="1282700" cy="381000"/>
                <wp:effectExtent l="0" t="0" r="0" b="0"/>
                <wp:wrapNone/>
                <wp:docPr id="887012272" name="ace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1C2BA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Confidence-Based</w:t>
                            </w:r>
                          </w:p>
                          <w:p w14:paraId="1DE8155E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Routing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F2C80" id="ace192" o:spid="_x0000_s1054" style="position:absolute;margin-left:69pt;margin-top:502pt;width:101pt;height:30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2791C2BA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Confidence-Based</w:t>
                      </w:r>
                    </w:p>
                    <w:p w14:paraId="1DE8155E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Routing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2688" behindDoc="0" locked="0" layoutInCell="1" allowOverlap="1" wp14:anchorId="0C07D2F5" wp14:editId="2334C63D">
                <wp:simplePos x="0" y="0"/>
                <wp:positionH relativeFrom="page">
                  <wp:posOffset>495300</wp:posOffset>
                </wp:positionH>
                <wp:positionV relativeFrom="page">
                  <wp:posOffset>6883400</wp:posOffset>
                </wp:positionV>
                <wp:extent cx="1676400" cy="457200"/>
                <wp:effectExtent l="0" t="0" r="0" b="0"/>
                <wp:wrapNone/>
                <wp:docPr id="280167639" name="ace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249128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Automate high confidence;</w:t>
                            </w:r>
                          </w:p>
                          <w:p w14:paraId="74E1A357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route ambiguity to coders.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7D2F5" id="ace193" o:spid="_x0000_s1055" style="position:absolute;margin-left:39pt;margin-top:542pt;width:132pt;height:36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6B249128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Automate high confidence;</w:t>
                      </w:r>
                    </w:p>
                    <w:p w14:paraId="74E1A357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route ambiguity to coders.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AA5E5B5" wp14:editId="096A188A">
                <wp:simplePos x="0" y="0"/>
                <wp:positionH relativeFrom="page">
                  <wp:posOffset>2222500</wp:posOffset>
                </wp:positionH>
                <wp:positionV relativeFrom="page">
                  <wp:posOffset>8026400</wp:posOffset>
                </wp:positionV>
                <wp:extent cx="190500" cy="1270"/>
                <wp:effectExtent l="0" t="0" r="12700" b="24130"/>
                <wp:wrapNone/>
                <wp:docPr id="1272694544" name="ace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8BB6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D1608" id="ace195" o:spid="_x0000_s1026" style="position:absolute;margin-left:175pt;margin-top:632pt;width:15pt;height:.1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" path="m,l1000,1000e" filled="f" strokecolor="#8bb6c4" strokeweight="1pt">
                <v:path arrowok="t" o:connecttype="custom" o:connectlocs="0,0;190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63C1A0F" wp14:editId="0AC08692">
                <wp:simplePos x="0" y="0"/>
                <wp:positionH relativeFrom="page">
                  <wp:posOffset>381000</wp:posOffset>
                </wp:positionH>
                <wp:positionV relativeFrom="page">
                  <wp:posOffset>7518400</wp:posOffset>
                </wp:positionV>
                <wp:extent cx="1828800" cy="1155700"/>
                <wp:effectExtent l="0" t="0" r="0" b="0"/>
                <wp:wrapNone/>
                <wp:docPr id="225436401" name="ace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800AF" id="ace196" o:spid="_x0000_s1026" style="position:absolute;margin-left:30pt;margin-top:592pt;width:2in;height:91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6F74FB4" wp14:editId="28B97CDE">
                <wp:simplePos x="0" y="0"/>
                <wp:positionH relativeFrom="page">
                  <wp:posOffset>590550</wp:posOffset>
                </wp:positionH>
                <wp:positionV relativeFrom="page">
                  <wp:posOffset>7635875</wp:posOffset>
                </wp:positionV>
                <wp:extent cx="101600" cy="101600"/>
                <wp:effectExtent l="0" t="0" r="12700" b="12700"/>
                <wp:wrapNone/>
                <wp:docPr id="2129235051" name="ace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29DB2E" id="ace197" o:spid="_x0000_s1026" style="position:absolute;margin-left:46.5pt;margin-top:601.25pt;width:8pt;height:8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" filled="f" strokecolor="#008c98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EF80745" wp14:editId="3C3BCBDE">
                <wp:simplePos x="0" y="0"/>
                <wp:positionH relativeFrom="page">
                  <wp:posOffset>533400</wp:posOffset>
                </wp:positionH>
                <wp:positionV relativeFrom="page">
                  <wp:posOffset>7778750</wp:posOffset>
                </wp:positionV>
                <wp:extent cx="215900" cy="127000"/>
                <wp:effectExtent l="0" t="0" r="12700" b="12700"/>
                <wp:wrapNone/>
                <wp:docPr id="1222452055" name="ace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" cy="127000"/>
                        </a:xfrm>
                        <a:prstGeom prst="roundRect">
                          <a:avLst>
                            <a:gd name="adj" fmla="val 20000"/>
                          </a:avLst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63968B" id="ace198" o:spid="_x0000_s1026" style="position:absolute;margin-left:42pt;margin-top:612.5pt;width:17pt;height:10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107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" filled="f" strokecolor="#008c98" strokeweight=".7pt">
                <v:path arrowok="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D08C968" wp14:editId="352378BE">
                <wp:simplePos x="0" y="0"/>
                <wp:positionH relativeFrom="page">
                  <wp:posOffset>641350</wp:posOffset>
                </wp:positionH>
                <wp:positionV relativeFrom="page">
                  <wp:posOffset>7810500</wp:posOffset>
                </wp:positionV>
                <wp:extent cx="1270" cy="63500"/>
                <wp:effectExtent l="12700" t="12700" r="24130" b="12700"/>
                <wp:wrapNone/>
                <wp:docPr id="1203932945" name="ace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635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A56E3" id="ace200" o:spid="_x0000_s1026" style="position:absolute;margin-left:50.5pt;margin-top:615pt;width:.1pt;height: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" path="m,l1000,1000e" filled="f" strokecolor="#008c98" strokeweight="1.5pt">
                <v:path arrowok="t" o:connecttype="custom" o:connectlocs="0,0;1270,635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4976" behindDoc="0" locked="0" layoutInCell="1" allowOverlap="1" wp14:anchorId="2CDBE252" wp14:editId="0A8640B4">
                <wp:simplePos x="0" y="0"/>
                <wp:positionH relativeFrom="page">
                  <wp:posOffset>876300</wp:posOffset>
                </wp:positionH>
                <wp:positionV relativeFrom="page">
                  <wp:posOffset>7632700</wp:posOffset>
                </wp:positionV>
                <wp:extent cx="1282700" cy="381000"/>
                <wp:effectExtent l="0" t="0" r="0" b="0"/>
                <wp:wrapNone/>
                <wp:docPr id="1491806497" name="ace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6BBAD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Human-in-the-Loop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BE252" id="ace201" o:spid="_x0000_s1056" style="position:absolute;margin-left:69pt;margin-top:601pt;width:101pt;height:30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4546BBAD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Human-in-the-Loop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7024" behindDoc="0" locked="0" layoutInCell="1" allowOverlap="1" wp14:anchorId="5B6CF5DB" wp14:editId="7E20C2CC">
                <wp:simplePos x="0" y="0"/>
                <wp:positionH relativeFrom="page">
                  <wp:posOffset>495300</wp:posOffset>
                </wp:positionH>
                <wp:positionV relativeFrom="page">
                  <wp:posOffset>8140700</wp:posOffset>
                </wp:positionV>
                <wp:extent cx="1676400" cy="457200"/>
                <wp:effectExtent l="0" t="0" r="0" b="0"/>
                <wp:wrapNone/>
                <wp:docPr id="636059920" name="ace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EA7F2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Coder accountability for</w:t>
                            </w:r>
                          </w:p>
                          <w:p w14:paraId="1F5DE41B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cases requiring judgment.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CF5DB" id="ace202" o:spid="_x0000_s1057" style="position:absolute;margin-left:39pt;margin-top:641pt;width:132pt;height:36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595EA7F2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Coder accountability for</w:t>
                      </w:r>
                    </w:p>
                    <w:p w14:paraId="1F5DE41B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cases requiring judgment.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9DE100F" wp14:editId="671AE457">
                <wp:simplePos x="0" y="0"/>
                <wp:positionH relativeFrom="page">
                  <wp:posOffset>5486400</wp:posOffset>
                </wp:positionH>
                <wp:positionV relativeFrom="page">
                  <wp:posOffset>5511800</wp:posOffset>
                </wp:positionV>
                <wp:extent cx="63500" cy="1270"/>
                <wp:effectExtent l="0" t="0" r="12700" b="24130"/>
                <wp:wrapNone/>
                <wp:docPr id="327685549" name="ace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8BB6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4F3B1" id="ace204" o:spid="_x0000_s1026" style="position:absolute;margin-left:6in;margin-top:434pt;width:5pt;height:.1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" path="m,l1000,1000e" filled="f" strokecolor="#8bb6c4" strokeweight="1pt">
                <v:path arrowok="t" o:connecttype="custom" o:connectlocs="0,0;63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DB6D618" wp14:editId="3A400D31">
                <wp:simplePos x="0" y="0"/>
                <wp:positionH relativeFrom="page">
                  <wp:posOffset>5562600</wp:posOffset>
                </wp:positionH>
                <wp:positionV relativeFrom="page">
                  <wp:posOffset>5003800</wp:posOffset>
                </wp:positionV>
                <wp:extent cx="1828800" cy="1155700"/>
                <wp:effectExtent l="0" t="0" r="0" b="0"/>
                <wp:wrapNone/>
                <wp:docPr id="164417216" name="ace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C27F3" id="ace205" o:spid="_x0000_s1026" style="position:absolute;margin-left:438pt;margin-top:394pt;width:2in;height:91pt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646ECAA" wp14:editId="29F203C3">
                <wp:simplePos x="0" y="0"/>
                <wp:positionH relativeFrom="page">
                  <wp:posOffset>5689600</wp:posOffset>
                </wp:positionH>
                <wp:positionV relativeFrom="page">
                  <wp:posOffset>5168900</wp:posOffset>
                </wp:positionV>
                <wp:extent cx="76200" cy="95250"/>
                <wp:effectExtent l="12700" t="12700" r="12700" b="19050"/>
                <wp:wrapNone/>
                <wp:docPr id="762564163" name="ace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9525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FC5C2" id="ace207" o:spid="_x0000_s1026" style="position:absolute;margin-left:448pt;margin-top:407pt;width:6pt;height:7.5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" path="m,1000l1000,e" filled="f" strokecolor="#008c98" strokeweight="1.5pt">
                <v:path arrowok="t" o:connecttype="custom" o:connectlocs="0,95250;7620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48706B0" wp14:editId="0B186648">
                <wp:simplePos x="0" y="0"/>
                <wp:positionH relativeFrom="page">
                  <wp:posOffset>5689600</wp:posOffset>
                </wp:positionH>
                <wp:positionV relativeFrom="page">
                  <wp:posOffset>5264150</wp:posOffset>
                </wp:positionV>
                <wp:extent cx="76200" cy="95250"/>
                <wp:effectExtent l="12700" t="12700" r="12700" b="19050"/>
                <wp:wrapNone/>
                <wp:docPr id="1256722475" name="ace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9525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D0107" id="ace209" o:spid="_x0000_s1026" style="position:absolute;margin-left:448pt;margin-top:414.5pt;width:6pt;height:7.5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" path="m,l1000,1000e" filled="f" strokecolor="#008c98" strokeweight="1.5pt">
                <v:path arrowok="t" o:connecttype="custom" o:connectlocs="0,0;76200,9525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218918D" wp14:editId="4394AD4F">
                <wp:simplePos x="0" y="0"/>
                <wp:positionH relativeFrom="page">
                  <wp:posOffset>5880100</wp:posOffset>
                </wp:positionH>
                <wp:positionV relativeFrom="page">
                  <wp:posOffset>5168900</wp:posOffset>
                </wp:positionV>
                <wp:extent cx="76200" cy="95250"/>
                <wp:effectExtent l="12700" t="12700" r="12700" b="19050"/>
                <wp:wrapNone/>
                <wp:docPr id="1093215599" name="ace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9525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66819" id="ace211" o:spid="_x0000_s1026" style="position:absolute;margin-left:463pt;margin-top:407pt;width:6pt;height:7.5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" path="m,l1000,1000e" filled="f" strokecolor="#008c98" strokeweight="1.5pt">
                <v:path arrowok="t" o:connecttype="custom" o:connectlocs="0,0;76200,9525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9C9766F" wp14:editId="00D145C9">
                <wp:simplePos x="0" y="0"/>
                <wp:positionH relativeFrom="page">
                  <wp:posOffset>5880100</wp:posOffset>
                </wp:positionH>
                <wp:positionV relativeFrom="page">
                  <wp:posOffset>5264150</wp:posOffset>
                </wp:positionV>
                <wp:extent cx="76200" cy="95250"/>
                <wp:effectExtent l="12700" t="12700" r="12700" b="19050"/>
                <wp:wrapNone/>
                <wp:docPr id="2081434" name="ace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9525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8CCE7" id="ace213" o:spid="_x0000_s1026" style="position:absolute;margin-left:463pt;margin-top:414.5pt;width:6pt;height:7.5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" path="m,1000l1000,e" filled="f" strokecolor="#008c98" strokeweight="1.5pt">
                <v:path arrowok="t" o:connecttype="custom" o:connectlocs="0,95250;7620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76EF21A" wp14:editId="764AD797">
                <wp:simplePos x="0" y="0"/>
                <wp:positionH relativeFrom="page">
                  <wp:posOffset>5797550</wp:posOffset>
                </wp:positionH>
                <wp:positionV relativeFrom="page">
                  <wp:posOffset>5149850</wp:posOffset>
                </wp:positionV>
                <wp:extent cx="53975" cy="228600"/>
                <wp:effectExtent l="12700" t="12700" r="9525" b="12700"/>
                <wp:wrapNone/>
                <wp:docPr id="1823824795" name="ace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" cy="22860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E48F7" id="ace215" o:spid="_x0000_s1026" style="position:absolute;margin-left:456.5pt;margin-top:405.5pt;width:4.25pt;height:18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" path="m,1000l1000,e" filled="f" strokecolor="#008c98" strokeweight="1.5pt">
                <v:path arrowok="t" o:connecttype="custom" o:connectlocs="0,228600;53975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93408" behindDoc="0" locked="0" layoutInCell="1" allowOverlap="1" wp14:anchorId="303DA2BC" wp14:editId="4798C8E8">
                <wp:simplePos x="0" y="0"/>
                <wp:positionH relativeFrom="page">
                  <wp:posOffset>6057900</wp:posOffset>
                </wp:positionH>
                <wp:positionV relativeFrom="page">
                  <wp:posOffset>5118100</wp:posOffset>
                </wp:positionV>
                <wp:extent cx="1282700" cy="381000"/>
                <wp:effectExtent l="0" t="0" r="0" b="0"/>
                <wp:wrapNone/>
                <wp:docPr id="1816171567" name="ace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11A37F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Multi-Code Intelligence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DA2BC" id="ace216" o:spid="_x0000_s1058" style="position:absolute;margin-left:477pt;margin-top:403pt;width:101pt;height:30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" filled="f" stroked="f" strokecolor="white" strokeweight=".7pt">
                <v:path arrowok="t"/>
                <v:textbox inset="0,0,0,0">
                  <w:txbxContent>
                    <w:p w14:paraId="7B11A37F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Multi-Code Intelligence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95456" behindDoc="0" locked="0" layoutInCell="1" allowOverlap="1" wp14:anchorId="4B60587A" wp14:editId="4A2F2540">
                <wp:simplePos x="0" y="0"/>
                <wp:positionH relativeFrom="page">
                  <wp:posOffset>5676900</wp:posOffset>
                </wp:positionH>
                <wp:positionV relativeFrom="page">
                  <wp:posOffset>5626100</wp:posOffset>
                </wp:positionV>
                <wp:extent cx="1676400" cy="457200"/>
                <wp:effectExtent l="0" t="0" r="0" b="0"/>
                <wp:wrapNone/>
                <wp:docPr id="1746644182" name="ace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DED05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ICD-10-CM/PCS, CPT</w:t>
                            </w:r>
                          </w:p>
                          <w:p w14:paraId="749AD079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and HCPCS.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0587A" id="ace217" o:spid="_x0000_s1059" style="position:absolute;margin-left:447pt;margin-top:443pt;width:132pt;height:36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7B9DED05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ICD-10-CM/PCS, CPT</w:t>
                      </w:r>
                    </w:p>
                    <w:p w14:paraId="749AD079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and HCPCS.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DB4D56E" wp14:editId="6D6C93E2">
                <wp:simplePos x="0" y="0"/>
                <wp:positionH relativeFrom="page">
                  <wp:posOffset>5486400</wp:posOffset>
                </wp:positionH>
                <wp:positionV relativeFrom="page">
                  <wp:posOffset>6769100</wp:posOffset>
                </wp:positionV>
                <wp:extent cx="63500" cy="1270"/>
                <wp:effectExtent l="0" t="0" r="12700" b="24130"/>
                <wp:wrapNone/>
                <wp:docPr id="1537109659" name="ace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8BB6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1564F" id="ace219" o:spid="_x0000_s1026" style="position:absolute;margin-left:6in;margin-top:533pt;width:5pt;height:.1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" path="m,l1000,1000e" filled="f" strokecolor="#8bb6c4" strokeweight="1pt">
                <v:path arrowok="t" o:connecttype="custom" o:connectlocs="0,0;63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9722468" wp14:editId="2AEBABC9">
                <wp:simplePos x="0" y="0"/>
                <wp:positionH relativeFrom="page">
                  <wp:posOffset>5562600</wp:posOffset>
                </wp:positionH>
                <wp:positionV relativeFrom="page">
                  <wp:posOffset>6261100</wp:posOffset>
                </wp:positionV>
                <wp:extent cx="1828800" cy="1155700"/>
                <wp:effectExtent l="0" t="0" r="0" b="0"/>
                <wp:wrapNone/>
                <wp:docPr id="1905781958" name="ace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410A3" id="ace220" o:spid="_x0000_s1026" style="position:absolute;margin-left:438pt;margin-top:493pt;width:2in;height:91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E29F731" wp14:editId="1AFCDCFB">
                <wp:simplePos x="0" y="0"/>
                <wp:positionH relativeFrom="page">
                  <wp:posOffset>5676900</wp:posOffset>
                </wp:positionH>
                <wp:positionV relativeFrom="page">
                  <wp:posOffset>6375400</wp:posOffset>
                </wp:positionV>
                <wp:extent cx="292100" cy="279400"/>
                <wp:effectExtent l="0" t="0" r="12700" b="12700"/>
                <wp:wrapNone/>
                <wp:docPr id="437850127" name="ace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" cy="279400"/>
                        </a:xfrm>
                        <a:custGeom>
                          <a:avLst/>
                          <a:gdLst>
                            <a:gd name="T0" fmla="*/ 500 w 1000"/>
                            <a:gd name="T1" fmla="*/ 0 h 1000"/>
                            <a:gd name="T2" fmla="*/ 1000 w 1000"/>
                            <a:gd name="T3" fmla="*/ 1000 h 1000"/>
                            <a:gd name="T4" fmla="*/ 0 w 1000"/>
                            <a:gd name="T5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500" y="0"/>
                              </a:moveTo>
                              <a:lnTo>
                                <a:pt x="1000" y="1000"/>
                              </a:lnTo>
                              <a:lnTo>
                                <a:pt x="0" y="1000"/>
                              </a:lnTo>
                              <a:close/>
                            </a:path>
                          </a:pathLst>
                        </a:cu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52442" id="ace221" o:spid="_x0000_s1026" style="position:absolute;margin-left:447pt;margin-top:502pt;width:23pt;height:22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" path="m500,r500,1000l,1000,500,xe" filled="f" strokecolor="#008c98" strokeweight=".7pt">
                <v:path arrowok="t" o:connecttype="custom" o:connectlocs="146050,0;292100,279400;0,27940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1B65C47" wp14:editId="7BFEFA7D">
                <wp:simplePos x="0" y="0"/>
                <wp:positionH relativeFrom="page">
                  <wp:posOffset>5822950</wp:posOffset>
                </wp:positionH>
                <wp:positionV relativeFrom="page">
                  <wp:posOffset>6464300</wp:posOffset>
                </wp:positionV>
                <wp:extent cx="1270" cy="88900"/>
                <wp:effectExtent l="12700" t="12700" r="24130" b="12700"/>
                <wp:wrapNone/>
                <wp:docPr id="634709174" name="ace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889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815A8" id="ace223" o:spid="_x0000_s1026" style="position:absolute;margin-left:458.5pt;margin-top:509pt;width:.1pt;height:7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" path="m,l1000,1000e" filled="f" strokecolor="#008c98" strokeweight="1.5pt">
                <v:path arrowok="t" o:connecttype="custom" o:connectlocs="0,0;1270,889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FDC806C" wp14:editId="4937A88B">
                <wp:simplePos x="0" y="0"/>
                <wp:positionH relativeFrom="page">
                  <wp:posOffset>5810250</wp:posOffset>
                </wp:positionH>
                <wp:positionV relativeFrom="page">
                  <wp:posOffset>6591300</wp:posOffset>
                </wp:positionV>
                <wp:extent cx="25400" cy="25400"/>
                <wp:effectExtent l="0" t="0" r="12700" b="12700"/>
                <wp:wrapNone/>
                <wp:docPr id="689749226" name="ace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" cy="25400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285792" id="ace224" o:spid="_x0000_s1026" style="position:absolute;margin-left:457.5pt;margin-top:519pt;width:2pt;height:2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" filled="f" strokecolor="#008c98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07744" behindDoc="0" locked="0" layoutInCell="1" allowOverlap="1" wp14:anchorId="7749B954" wp14:editId="6257CDBD">
                <wp:simplePos x="0" y="0"/>
                <wp:positionH relativeFrom="page">
                  <wp:posOffset>6057900</wp:posOffset>
                </wp:positionH>
                <wp:positionV relativeFrom="page">
                  <wp:posOffset>6375400</wp:posOffset>
                </wp:positionV>
                <wp:extent cx="1282700" cy="381000"/>
                <wp:effectExtent l="0" t="0" r="0" b="0"/>
                <wp:wrapNone/>
                <wp:docPr id="1491181079" name="ace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045B36" w14:textId="77777777" w:rsidR="0094514B" w:rsidRDefault="00000000">
                            <w:pPr>
                              <w:spacing w:after="0" w:line="198" w:lineRule="exact"/>
                            </w:pPr>
                            <w:r>
                              <w:rPr>
                                <w:b/>
                                <w:color w:val="102B46"/>
                                <w:sz w:val="18"/>
                              </w:rPr>
                              <w:t>Exception Management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9B954" id="ace225" o:spid="_x0000_s1060" style="position:absolute;margin-left:477pt;margin-top:502pt;width:101pt;height:30pt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1E045B36" w14:textId="77777777" w:rsidR="0094514B" w:rsidRDefault="00000000">
                      <w:pPr>
                        <w:spacing w:after="0" w:line="198" w:lineRule="exact"/>
                      </w:pPr>
                      <w:r>
                        <w:rPr>
                          <w:b/>
                          <w:color w:val="102B46"/>
                          <w:sz w:val="18"/>
                        </w:rPr>
                        <w:t>Exception Management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09792" behindDoc="0" locked="0" layoutInCell="1" allowOverlap="1" wp14:anchorId="5D7CC006" wp14:editId="15DF8365">
                <wp:simplePos x="0" y="0"/>
                <wp:positionH relativeFrom="page">
                  <wp:posOffset>5676900</wp:posOffset>
                </wp:positionH>
                <wp:positionV relativeFrom="page">
                  <wp:posOffset>6883400</wp:posOffset>
                </wp:positionV>
                <wp:extent cx="1676400" cy="457200"/>
                <wp:effectExtent l="0" t="0" r="0" b="0"/>
                <wp:wrapNone/>
                <wp:docPr id="1093869913" name="ace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630AE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Flag conflicts, gaps,</w:t>
                            </w:r>
                          </w:p>
                          <w:p w14:paraId="092650C4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exclusions and low confidence.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CC006" id="ace226" o:spid="_x0000_s1061" style="position:absolute;margin-left:447pt;margin-top:542pt;width:132pt;height:36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392630AE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Flag conflicts, gaps,</w:t>
                      </w:r>
                    </w:p>
                    <w:p w14:paraId="092650C4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exclusions and low confidence.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AC06BAB" wp14:editId="02EF5EE2">
                <wp:simplePos x="0" y="0"/>
                <wp:positionH relativeFrom="page">
                  <wp:posOffset>5486400</wp:posOffset>
                </wp:positionH>
                <wp:positionV relativeFrom="page">
                  <wp:posOffset>8026400</wp:posOffset>
                </wp:positionV>
                <wp:extent cx="63500" cy="1270"/>
                <wp:effectExtent l="0" t="0" r="12700" b="24130"/>
                <wp:wrapNone/>
                <wp:docPr id="825980252" name="ac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8BB6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A48D8" id="ace228" o:spid="_x0000_s1026" style="position:absolute;margin-left:6in;margin-top:632pt;width:5pt;height:.1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" path="m,l1000,1000e" filled="f" strokecolor="#8bb6c4" strokeweight="1pt">
                <v:path arrowok="t" o:connecttype="custom" o:connectlocs="0,0;63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417BCD3" wp14:editId="0DB3B164">
                <wp:simplePos x="0" y="0"/>
                <wp:positionH relativeFrom="page">
                  <wp:posOffset>5562600</wp:posOffset>
                </wp:positionH>
                <wp:positionV relativeFrom="page">
                  <wp:posOffset>7518400</wp:posOffset>
                </wp:positionV>
                <wp:extent cx="1828800" cy="1155700"/>
                <wp:effectExtent l="0" t="0" r="0" b="0"/>
                <wp:wrapNone/>
                <wp:docPr id="707200445" name="ace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1557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73017" id="ace229" o:spid="_x0000_s1026" style="position:absolute;margin-left:438pt;margin-top:592pt;width:2in;height:91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1A8FF6D" wp14:editId="0B5BD7FC">
                <wp:simplePos x="0" y="0"/>
                <wp:positionH relativeFrom="page">
                  <wp:posOffset>5708650</wp:posOffset>
                </wp:positionH>
                <wp:positionV relativeFrom="page">
                  <wp:posOffset>7664450</wp:posOffset>
                </wp:positionV>
                <wp:extent cx="228600" cy="228600"/>
                <wp:effectExtent l="0" t="0" r="12700" b="12700"/>
                <wp:wrapNone/>
                <wp:docPr id="1069380276" name="ace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157FAD" id="ace230" o:spid="_x0000_s1026" style="position:absolute;margin-left:449.5pt;margin-top:603.5pt;width:18pt;height:18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" filled="f" strokecolor="#008c98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D799ACA" wp14:editId="1D3412B9">
                <wp:simplePos x="0" y="0"/>
                <wp:positionH relativeFrom="page">
                  <wp:posOffset>5873750</wp:posOffset>
                </wp:positionH>
                <wp:positionV relativeFrom="page">
                  <wp:posOffset>7661275</wp:posOffset>
                </wp:positionV>
                <wp:extent cx="88900" cy="79375"/>
                <wp:effectExtent l="0" t="0" r="0" b="0"/>
                <wp:wrapNone/>
                <wp:docPr id="2078411537" name="ace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79375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FAB87" id="ace231" o:spid="_x0000_s1026" style="position:absolute;margin-left:462.5pt;margin-top:603.25pt;width:7pt;height:6.2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" path="m,300r650,l650,r350,500l650,1000r,-300l,700,,300xe" fillcolor="#008c98" stroked="f" strokecolor="white" strokeweight=".7pt">
                <v:path arrowok="t" o:connecttype="custom" o:connectlocs="0,23813;57785,23813;57785,0;88900,39688;57785,79375;57785,55563;0,55563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1BF06CA" wp14:editId="559F56D3">
                <wp:simplePos x="0" y="0"/>
                <wp:positionH relativeFrom="page">
                  <wp:posOffset>5686425</wp:posOffset>
                </wp:positionH>
                <wp:positionV relativeFrom="page">
                  <wp:posOffset>7820025</wp:posOffset>
                </wp:positionV>
                <wp:extent cx="88900" cy="79375"/>
                <wp:effectExtent l="0" t="0" r="0" b="0"/>
                <wp:wrapNone/>
                <wp:docPr id="1222772079" name="ace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79375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94C29" id="ace232" o:spid="_x0000_s1026" style="position:absolute;margin-left:447.75pt;margin-top:615.75pt;width:7pt;height:6.25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" path="m,300r650,l650,r350,500l650,1000r,-300l,700,,300xe" fillcolor="#008c98" stroked="f" strokecolor="white" strokeweight=".7pt">
                <v:path arrowok="t" o:connecttype="custom" o:connectlocs="0,23813;57785,23813;57785,0;88900,39688;57785,79375;57785,55563;0,55563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33152" behindDoc="0" locked="0" layoutInCell="1" allowOverlap="1" wp14:anchorId="673766CB" wp14:editId="536F5A1A">
                <wp:simplePos x="0" y="0"/>
                <wp:positionH relativeFrom="page">
                  <wp:posOffset>5676900</wp:posOffset>
                </wp:positionH>
                <wp:positionV relativeFrom="page">
                  <wp:posOffset>8140700</wp:posOffset>
                </wp:positionV>
                <wp:extent cx="1676400" cy="457200"/>
                <wp:effectExtent l="0" t="0" r="0" b="0"/>
                <wp:wrapNone/>
                <wp:docPr id="1042564471" name="ace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2C88CC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Outcomes, coder decisions</w:t>
                            </w:r>
                          </w:p>
                          <w:p w14:paraId="2C88C963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and denials inform updates.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766CB" id="ace234" o:spid="_x0000_s1062" style="position:absolute;margin-left:447pt;margin-top:641pt;width:132pt;height:36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292C88CC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Outcomes, coder decisions</w:t>
                      </w:r>
                    </w:p>
                    <w:p w14:paraId="2C88C963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and denials inform updates.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34176" behindDoc="0" locked="0" layoutInCell="1" allowOverlap="1" wp14:anchorId="71E087E9" wp14:editId="4DCAE822">
                <wp:simplePos x="0" y="0"/>
                <wp:positionH relativeFrom="page">
                  <wp:posOffset>2603500</wp:posOffset>
                </wp:positionH>
                <wp:positionV relativeFrom="page">
                  <wp:posOffset>8369300</wp:posOffset>
                </wp:positionV>
                <wp:extent cx="2565400" cy="279400"/>
                <wp:effectExtent l="0" t="0" r="0" b="0"/>
                <wp:wrapNone/>
                <wp:docPr id="11757722" name="ace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20B15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CONTROLLED IMPROVEMENT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087E9" id="ace235" o:spid="_x0000_s1063" style="position:absolute;margin-left:205pt;margin-top:659pt;width:202pt;height:22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76420B15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CONTROLLED IMPROVEMENT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C384F2B" wp14:editId="17421744">
                <wp:simplePos x="0" y="0"/>
                <wp:positionH relativeFrom="page">
                  <wp:posOffset>381000</wp:posOffset>
                </wp:positionH>
                <wp:positionV relativeFrom="page">
                  <wp:posOffset>8877300</wp:posOffset>
                </wp:positionV>
                <wp:extent cx="7010400" cy="508000"/>
                <wp:effectExtent l="0" t="0" r="0" b="0"/>
                <wp:wrapNone/>
                <wp:docPr id="389810038" name="ace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0400" cy="5080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E2074" id="ace236" o:spid="_x0000_s1026" style="position:absolute;margin-left:30pt;margin-top:699pt;width:552pt;height:40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36224" behindDoc="0" locked="0" layoutInCell="1" allowOverlap="1" wp14:anchorId="5D833BBB" wp14:editId="0E975F56">
                <wp:simplePos x="0" y="0"/>
                <wp:positionH relativeFrom="page">
                  <wp:posOffset>546100</wp:posOffset>
                </wp:positionH>
                <wp:positionV relativeFrom="page">
                  <wp:posOffset>8966200</wp:posOffset>
                </wp:positionV>
                <wp:extent cx="6680200" cy="368300"/>
                <wp:effectExtent l="0" t="0" r="0" b="0"/>
                <wp:wrapNone/>
                <wp:docPr id="1562100874" name="ace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802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97E22" w14:textId="77777777" w:rsidR="0094514B" w:rsidRDefault="00000000">
                            <w:pPr>
                              <w:spacing w:after="0" w:line="242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ACE™ transforms medical coding from a largely manual workflow</w:t>
                            </w:r>
                          </w:p>
                          <w:p w14:paraId="7588A707" w14:textId="77777777" w:rsidR="0094514B" w:rsidRDefault="00000000">
                            <w:pPr>
                              <w:spacing w:after="0" w:line="242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into an AI-orchestrated operating model.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33BBB" id="ace237" o:spid="_x0000_s1064" style="position:absolute;margin-left:43pt;margin-top:706pt;width:526pt;height:29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22997E22" w14:textId="77777777" w:rsidR="0094514B" w:rsidRDefault="00000000">
                      <w:pPr>
                        <w:spacing w:after="0" w:line="242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ACE™ transforms medical coding from a largely manual workflow</w:t>
                      </w:r>
                    </w:p>
                    <w:p w14:paraId="7588A707" w14:textId="77777777" w:rsidR="0094514B" w:rsidRDefault="00000000">
                      <w:pPr>
                        <w:spacing w:after="0" w:line="242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into an AI-orchestrated operating model.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0311705" wp14:editId="564CFE2C">
                <wp:simplePos x="0" y="0"/>
                <wp:positionH relativeFrom="page">
                  <wp:posOffset>381000</wp:posOffset>
                </wp:positionH>
                <wp:positionV relativeFrom="page">
                  <wp:posOffset>9499600</wp:posOffset>
                </wp:positionV>
                <wp:extent cx="7010400" cy="12700"/>
                <wp:effectExtent l="0" t="0" r="0" b="0"/>
                <wp:wrapNone/>
                <wp:docPr id="414274605" name="ace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0400" cy="12700"/>
                        </a:xfrm>
                        <a:prstGeom prst="rect">
                          <a:avLst/>
                        </a:prstGeom>
                        <a:solidFill>
                          <a:srgbClr val="CB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F2820" id="ace238" o:spid="_x0000_s1026" style="position:absolute;margin-left:30pt;margin-top:748pt;width:552pt;height:1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" fillcolor="#cbdce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38272" behindDoc="0" locked="0" layoutInCell="1" allowOverlap="1" wp14:anchorId="62BFB247" wp14:editId="6F2734E4">
                <wp:simplePos x="0" y="0"/>
                <wp:positionH relativeFrom="page">
                  <wp:posOffset>381000</wp:posOffset>
                </wp:positionH>
                <wp:positionV relativeFrom="page">
                  <wp:posOffset>9639300</wp:posOffset>
                </wp:positionV>
                <wp:extent cx="6731000" cy="254000"/>
                <wp:effectExtent l="0" t="0" r="0" b="0"/>
                <wp:wrapNone/>
                <wp:docPr id="1746165913" name="ace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31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9F76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b/>
                                <w:color w:val="102B46"/>
                                <w:sz w:val="16"/>
                              </w:rPr>
                              <w:t>Three Shores AI ACE™ — Autonomous Coding. Human Accountability. Mission-Ready Intelligence.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FB247" id="ace239" o:spid="_x0000_s1065" style="position:absolute;margin-left:30pt;margin-top:759pt;width:530pt;height:20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4ABB9F76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b/>
                          <w:color w:val="102B46"/>
                          <w:sz w:val="16"/>
                        </w:rPr>
                        <w:t>Three Shores AI ACE™ — Autonomous Coding. Human Accountability. Mission-Ready Intelligence.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39296" behindDoc="0" locked="0" layoutInCell="1" allowOverlap="1" wp14:anchorId="4E250CA2" wp14:editId="7E627BCA">
                <wp:simplePos x="0" y="0"/>
                <wp:positionH relativeFrom="page">
                  <wp:posOffset>7162800</wp:posOffset>
                </wp:positionH>
                <wp:positionV relativeFrom="page">
                  <wp:posOffset>9639300</wp:posOffset>
                </wp:positionV>
                <wp:extent cx="254000" cy="190500"/>
                <wp:effectExtent l="0" t="0" r="0" b="0"/>
                <wp:wrapNone/>
                <wp:docPr id="1531527814" name="ace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142818" w14:textId="77777777" w:rsidR="0094514B" w:rsidRDefault="00000000">
                            <w:pPr>
                              <w:spacing w:after="0" w:line="176" w:lineRule="exact"/>
                              <w:jc w:val="right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50CA2" id="ace240" o:spid="_x0000_s1066" style="position:absolute;margin-left:564pt;margin-top:759pt;width:20pt;height:15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4E142818" w14:textId="77777777" w:rsidR="0094514B" w:rsidRDefault="00000000">
                      <w:pPr>
                        <w:spacing w:after="0" w:line="176" w:lineRule="exact"/>
                        <w:jc w:val="right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01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7A76720" w14:textId="77777777" w:rsidR="0094514B" w:rsidRDefault="00624A0E">
      <w:pPr>
        <w:pageBreakBefore/>
        <w:spacing w:after="0" w:line="2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333E587" wp14:editId="18F92A2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181100"/>
                <wp:effectExtent l="0" t="0" r="0" b="0"/>
                <wp:wrapNone/>
                <wp:docPr id="553246358" name="ace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11811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A8A83" id="ace241" o:spid="_x0000_s1026" style="position:absolute;margin-left:0;margin-top:0;width:612pt;height:93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41344" behindDoc="0" locked="0" layoutInCell="1" allowOverlap="1" wp14:anchorId="29D330A0" wp14:editId="25FD39C7">
                <wp:simplePos x="0" y="0"/>
                <wp:positionH relativeFrom="page">
                  <wp:posOffset>381000</wp:posOffset>
                </wp:positionH>
                <wp:positionV relativeFrom="page">
                  <wp:posOffset>241300</wp:posOffset>
                </wp:positionV>
                <wp:extent cx="3556000" cy="254000"/>
                <wp:effectExtent l="0" t="0" r="0" b="0"/>
                <wp:wrapNone/>
                <wp:docPr id="1332831110" name="ace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AC907" w14:textId="77777777" w:rsidR="0094514B" w:rsidRDefault="00000000">
                            <w:pPr>
                              <w:spacing w:after="0" w:line="352" w:lineRule="exact"/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Three Shores AI ACE™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330A0" id="ace242" o:spid="_x0000_s1067" style="position:absolute;margin-left:30pt;margin-top:19pt;width:280pt;height:20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665AC907" w14:textId="77777777" w:rsidR="0094514B" w:rsidRDefault="00000000">
                      <w:pPr>
                        <w:spacing w:after="0" w:line="352" w:lineRule="exact"/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Three Shores AI ACE™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42368" behindDoc="0" locked="0" layoutInCell="1" allowOverlap="1" wp14:anchorId="7E9E3DFD" wp14:editId="17BD03AE">
                <wp:simplePos x="0" y="0"/>
                <wp:positionH relativeFrom="page">
                  <wp:posOffset>381000</wp:posOffset>
                </wp:positionH>
                <wp:positionV relativeFrom="page">
                  <wp:posOffset>609600</wp:posOffset>
                </wp:positionV>
                <wp:extent cx="6985000" cy="444500"/>
                <wp:effectExtent l="0" t="0" r="0" b="0"/>
                <wp:wrapNone/>
                <wp:docPr id="301144647" name="ace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0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70390" w14:textId="77777777" w:rsidR="0094514B" w:rsidRDefault="00000000">
                            <w:pPr>
                              <w:spacing w:after="0" w:line="396" w:lineRule="exact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Enterprise AI Built for Trust, Integration &amp; Outcomes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E3DFD" id="ace243" o:spid="_x0000_s1068" style="position:absolute;margin-left:30pt;margin-top:48pt;width:550pt;height:3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" filled="f" stroked="f" strokecolor="white" strokeweight=".7pt">
                <v:path arrowok="t"/>
                <v:textbox inset="0,0,0,0">
                  <w:txbxContent>
                    <w:p w14:paraId="5C770390" w14:textId="77777777" w:rsidR="0094514B" w:rsidRDefault="00000000">
                      <w:pPr>
                        <w:spacing w:after="0" w:line="396" w:lineRule="exact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Enterprise AI Built for Trust, Integration &amp; Outcomes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43392" behindDoc="0" locked="0" layoutInCell="1" allowOverlap="1" wp14:anchorId="4942EBEC" wp14:editId="2761A20A">
                <wp:simplePos x="0" y="0"/>
                <wp:positionH relativeFrom="page">
                  <wp:posOffset>381000</wp:posOffset>
                </wp:positionH>
                <wp:positionV relativeFrom="page">
                  <wp:posOffset>1384300</wp:posOffset>
                </wp:positionV>
                <wp:extent cx="317500" cy="228600"/>
                <wp:effectExtent l="0" t="0" r="0" b="0"/>
                <wp:wrapNone/>
                <wp:docPr id="1527226717" name="ace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FF187" w14:textId="77777777" w:rsidR="0094514B" w:rsidRDefault="00000000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color w:val="008C9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2EBEC" id="ace244" o:spid="_x0000_s1069" style="position:absolute;margin-left:30pt;margin-top:109pt;width:25pt;height:18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475FF187" w14:textId="77777777" w:rsidR="0094514B" w:rsidRDefault="00000000">
                      <w:pPr>
                        <w:spacing w:after="0" w:line="220" w:lineRule="exact"/>
                      </w:pPr>
                      <w:r>
                        <w:rPr>
                          <w:b/>
                          <w:color w:val="008C98"/>
                        </w:rPr>
                        <w:t>01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44416" behindDoc="0" locked="0" layoutInCell="1" allowOverlap="1" wp14:anchorId="67922349" wp14:editId="6C609690">
                <wp:simplePos x="0" y="0"/>
                <wp:positionH relativeFrom="page">
                  <wp:posOffset>723900</wp:posOffset>
                </wp:positionH>
                <wp:positionV relativeFrom="page">
                  <wp:posOffset>1384300</wp:posOffset>
                </wp:positionV>
                <wp:extent cx="6667500" cy="254000"/>
                <wp:effectExtent l="0" t="0" r="0" b="0"/>
                <wp:wrapNone/>
                <wp:docPr id="686015075" name="ace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1DBF7" w14:textId="77777777" w:rsidR="0094514B" w:rsidRDefault="00000000">
                            <w:pPr>
                              <w:spacing w:after="0" w:line="286" w:lineRule="exact"/>
                            </w:pPr>
                            <w:r>
                              <w:rPr>
                                <w:b/>
                                <w:color w:val="102B46"/>
                                <w:sz w:val="26"/>
                              </w:rPr>
                              <w:t>Connected systems and governed intelligence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22349" id="ace245" o:spid="_x0000_s1070" style="position:absolute;margin-left:57pt;margin-top:109pt;width:525pt;height:20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0EE1DBF7" w14:textId="77777777" w:rsidR="0094514B" w:rsidRDefault="00000000">
                      <w:pPr>
                        <w:spacing w:after="0" w:line="286" w:lineRule="exact"/>
                      </w:pPr>
                      <w:r>
                        <w:rPr>
                          <w:b/>
                          <w:color w:val="102B46"/>
                          <w:sz w:val="26"/>
                        </w:rPr>
                        <w:t>Connected systems and governed intelligence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07CF37E" wp14:editId="6496193D">
                <wp:simplePos x="0" y="0"/>
                <wp:positionH relativeFrom="page">
                  <wp:posOffset>381000</wp:posOffset>
                </wp:positionH>
                <wp:positionV relativeFrom="page">
                  <wp:posOffset>1752600</wp:posOffset>
                </wp:positionV>
                <wp:extent cx="1397000" cy="558800"/>
                <wp:effectExtent l="0" t="0" r="0" b="0"/>
                <wp:wrapNone/>
                <wp:docPr id="1294670105" name="ace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5588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7A931" id="ace246" o:spid="_x0000_s1026" style="position:absolute;margin-left:30pt;margin-top:138pt;width:110pt;height:44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D532BA6" wp14:editId="2ABE6E20">
                <wp:simplePos x="0" y="0"/>
                <wp:positionH relativeFrom="page">
                  <wp:posOffset>530225</wp:posOffset>
                </wp:positionH>
                <wp:positionV relativeFrom="page">
                  <wp:posOffset>1879600</wp:posOffset>
                </wp:positionV>
                <wp:extent cx="187325" cy="260350"/>
                <wp:effectExtent l="0" t="0" r="15875" b="19050"/>
                <wp:wrapNone/>
                <wp:docPr id="769930956" name="ac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325" cy="2603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DF9F3" id="ace247" o:spid="_x0000_s1026" style="position:absolute;margin-left:41.75pt;margin-top:148pt;width:14.75pt;height:20.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6938DFA" wp14:editId="45BA8D2E">
                <wp:simplePos x="0" y="0"/>
                <wp:positionH relativeFrom="page">
                  <wp:posOffset>565150</wp:posOffset>
                </wp:positionH>
                <wp:positionV relativeFrom="page">
                  <wp:posOffset>1949450</wp:posOffset>
                </wp:positionV>
                <wp:extent cx="114300" cy="1270"/>
                <wp:effectExtent l="12700" t="12700" r="12700" b="24130"/>
                <wp:wrapNone/>
                <wp:docPr id="355799947" name="ace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46973" id="ace249" o:spid="_x0000_s1026" style="position:absolute;margin-left:44.5pt;margin-top:153.5pt;width:9pt;height:.1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C703FE" wp14:editId="0DF0D86E">
                <wp:simplePos x="0" y="0"/>
                <wp:positionH relativeFrom="page">
                  <wp:posOffset>565150</wp:posOffset>
                </wp:positionH>
                <wp:positionV relativeFrom="page">
                  <wp:posOffset>1993900</wp:posOffset>
                </wp:positionV>
                <wp:extent cx="114300" cy="1270"/>
                <wp:effectExtent l="12700" t="12700" r="12700" b="24130"/>
                <wp:wrapNone/>
                <wp:docPr id="329412578" name="ace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80C48" id="ace251" o:spid="_x0000_s1026" style="position:absolute;margin-left:44.5pt;margin-top:157pt;width:9pt;height:.1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BABAD6E" wp14:editId="34293B04">
                <wp:simplePos x="0" y="0"/>
                <wp:positionH relativeFrom="page">
                  <wp:posOffset>565150</wp:posOffset>
                </wp:positionH>
                <wp:positionV relativeFrom="page">
                  <wp:posOffset>2038350</wp:posOffset>
                </wp:positionV>
                <wp:extent cx="114300" cy="1270"/>
                <wp:effectExtent l="12700" t="12700" r="12700" b="24130"/>
                <wp:wrapNone/>
                <wp:docPr id="1134314517" name="ace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A3CEB" id="ace253" o:spid="_x0000_s1026" style="position:absolute;margin-left:44.5pt;margin-top:160.5pt;width:9pt;height:.1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50560" behindDoc="0" locked="0" layoutInCell="1" allowOverlap="1" wp14:anchorId="2CC9CB11" wp14:editId="54801102">
                <wp:simplePos x="0" y="0"/>
                <wp:positionH relativeFrom="page">
                  <wp:posOffset>825500</wp:posOffset>
                </wp:positionH>
                <wp:positionV relativeFrom="page">
                  <wp:posOffset>1943100</wp:posOffset>
                </wp:positionV>
                <wp:extent cx="927100" cy="304800"/>
                <wp:effectExtent l="0" t="0" r="0" b="0"/>
                <wp:wrapNone/>
                <wp:docPr id="1206276747" name="ace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4AF60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EHR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9CB11" id="ace254" o:spid="_x0000_s1071" style="position:absolute;margin-left:65pt;margin-top:153pt;width:73pt;height:24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3074AF60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EHR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0195EA8" wp14:editId="78512034">
                <wp:simplePos x="0" y="0"/>
                <wp:positionH relativeFrom="page">
                  <wp:posOffset>1079500</wp:posOffset>
                </wp:positionH>
                <wp:positionV relativeFrom="page">
                  <wp:posOffset>2311400</wp:posOffset>
                </wp:positionV>
                <wp:extent cx="1270" cy="152400"/>
                <wp:effectExtent l="0" t="0" r="24130" b="12700"/>
                <wp:wrapNone/>
                <wp:docPr id="1955584053" name="ace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524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51282" id="ace256" o:spid="_x0000_s1026" style="position:absolute;margin-left:85pt;margin-top:182pt;width:.1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" path="m,l1000,1000e" filled="f" strokecolor="#008c98" strokeweight="1pt">
                <v:path arrowok="t" o:connecttype="custom" o:connectlocs="0,0;1270,1524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4D6E8A" wp14:editId="44968384">
                <wp:simplePos x="0" y="0"/>
                <wp:positionH relativeFrom="page">
                  <wp:posOffset>1905000</wp:posOffset>
                </wp:positionH>
                <wp:positionV relativeFrom="page">
                  <wp:posOffset>1752600</wp:posOffset>
                </wp:positionV>
                <wp:extent cx="1397000" cy="558800"/>
                <wp:effectExtent l="0" t="0" r="0" b="0"/>
                <wp:wrapNone/>
                <wp:docPr id="1924232701" name="ace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5588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06B60" id="ace257" o:spid="_x0000_s1026" style="position:absolute;margin-left:150pt;margin-top:138pt;width:110pt;height:44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40418F" wp14:editId="051FE64A">
                <wp:simplePos x="0" y="0"/>
                <wp:positionH relativeFrom="page">
                  <wp:posOffset>2054225</wp:posOffset>
                </wp:positionH>
                <wp:positionV relativeFrom="page">
                  <wp:posOffset>1879600</wp:posOffset>
                </wp:positionV>
                <wp:extent cx="187325" cy="260350"/>
                <wp:effectExtent l="0" t="0" r="15875" b="19050"/>
                <wp:wrapNone/>
                <wp:docPr id="295131003" name="ace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325" cy="2603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DF685" id="ace258" o:spid="_x0000_s1026" style="position:absolute;margin-left:161.75pt;margin-top:148pt;width:14.75pt;height:20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D26878" wp14:editId="29FE974A">
                <wp:simplePos x="0" y="0"/>
                <wp:positionH relativeFrom="page">
                  <wp:posOffset>2089150</wp:posOffset>
                </wp:positionH>
                <wp:positionV relativeFrom="page">
                  <wp:posOffset>1949450</wp:posOffset>
                </wp:positionV>
                <wp:extent cx="114300" cy="1270"/>
                <wp:effectExtent l="12700" t="12700" r="12700" b="24130"/>
                <wp:wrapNone/>
                <wp:docPr id="60625313" name="ace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3AE6D" id="ace260" o:spid="_x0000_s1026" style="position:absolute;margin-left:164.5pt;margin-top:153.5pt;width:9pt;height:.1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6FEC79A" wp14:editId="173C30FF">
                <wp:simplePos x="0" y="0"/>
                <wp:positionH relativeFrom="page">
                  <wp:posOffset>2089150</wp:posOffset>
                </wp:positionH>
                <wp:positionV relativeFrom="page">
                  <wp:posOffset>1993900</wp:posOffset>
                </wp:positionV>
                <wp:extent cx="114300" cy="1270"/>
                <wp:effectExtent l="12700" t="12700" r="12700" b="24130"/>
                <wp:wrapNone/>
                <wp:docPr id="1938294833" name="ace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2DDFF" id="ace262" o:spid="_x0000_s1026" style="position:absolute;margin-left:164.5pt;margin-top:157pt;width:9pt;height:.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B305623" wp14:editId="08658311">
                <wp:simplePos x="0" y="0"/>
                <wp:positionH relativeFrom="page">
                  <wp:posOffset>2089150</wp:posOffset>
                </wp:positionH>
                <wp:positionV relativeFrom="page">
                  <wp:posOffset>2038350</wp:posOffset>
                </wp:positionV>
                <wp:extent cx="114300" cy="1270"/>
                <wp:effectExtent l="12700" t="12700" r="12700" b="24130"/>
                <wp:wrapNone/>
                <wp:docPr id="424927951" name="ace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0E72A" id="ace264" o:spid="_x0000_s1026" style="position:absolute;margin-left:164.5pt;margin-top:160.5pt;width:9pt;height: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57728" behindDoc="0" locked="0" layoutInCell="1" allowOverlap="1" wp14:anchorId="3961CA84" wp14:editId="77A2EB4A">
                <wp:simplePos x="0" y="0"/>
                <wp:positionH relativeFrom="page">
                  <wp:posOffset>2349500</wp:posOffset>
                </wp:positionH>
                <wp:positionV relativeFrom="page">
                  <wp:posOffset>1943100</wp:posOffset>
                </wp:positionV>
                <wp:extent cx="927100" cy="304800"/>
                <wp:effectExtent l="0" t="0" r="0" b="0"/>
                <wp:wrapNone/>
                <wp:docPr id="1762145071" name="ace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AC512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MHS GENESIS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1CA84" id="ace265" o:spid="_x0000_s1072" style="position:absolute;margin-left:185pt;margin-top:153pt;width:73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3F0AC512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MHS GENESIS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295EB5" wp14:editId="0E232418">
                <wp:simplePos x="0" y="0"/>
                <wp:positionH relativeFrom="page">
                  <wp:posOffset>2603500</wp:posOffset>
                </wp:positionH>
                <wp:positionV relativeFrom="page">
                  <wp:posOffset>2311400</wp:posOffset>
                </wp:positionV>
                <wp:extent cx="1270" cy="152400"/>
                <wp:effectExtent l="0" t="0" r="24130" b="12700"/>
                <wp:wrapNone/>
                <wp:docPr id="1991144029" name="ace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524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BF770" id="ace267" o:spid="_x0000_s1026" style="position:absolute;margin-left:205pt;margin-top:182pt;width:.1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" path="m,l1000,1000e" filled="f" strokecolor="#008c98" strokeweight="1pt">
                <v:path arrowok="t" o:connecttype="custom" o:connectlocs="0,0;1270,1524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2C5421" wp14:editId="40A464A8">
                <wp:simplePos x="0" y="0"/>
                <wp:positionH relativeFrom="page">
                  <wp:posOffset>3429000</wp:posOffset>
                </wp:positionH>
                <wp:positionV relativeFrom="page">
                  <wp:posOffset>1752600</wp:posOffset>
                </wp:positionV>
                <wp:extent cx="1397000" cy="558800"/>
                <wp:effectExtent l="0" t="0" r="0" b="0"/>
                <wp:wrapNone/>
                <wp:docPr id="1475874517" name="ace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5588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420F5" id="ace268" o:spid="_x0000_s1026" style="position:absolute;margin-left:270pt;margin-top:138pt;width:110pt;height:4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B665CE" wp14:editId="596C9BCD">
                <wp:simplePos x="0" y="0"/>
                <wp:positionH relativeFrom="page">
                  <wp:posOffset>3578225</wp:posOffset>
                </wp:positionH>
                <wp:positionV relativeFrom="page">
                  <wp:posOffset>1879600</wp:posOffset>
                </wp:positionV>
                <wp:extent cx="187325" cy="260350"/>
                <wp:effectExtent l="0" t="0" r="15875" b="19050"/>
                <wp:wrapNone/>
                <wp:docPr id="822534522" name="ace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325" cy="2603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8C9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7F89A" id="ace269" o:spid="_x0000_s1026" style="position:absolute;margin-left:281.75pt;margin-top:148pt;width:14.75pt;height:20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" filled="f" strokecolor="#008c98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6A1ED00" wp14:editId="7D0DF78E">
                <wp:simplePos x="0" y="0"/>
                <wp:positionH relativeFrom="page">
                  <wp:posOffset>3613150</wp:posOffset>
                </wp:positionH>
                <wp:positionV relativeFrom="page">
                  <wp:posOffset>1949450</wp:posOffset>
                </wp:positionV>
                <wp:extent cx="114300" cy="1270"/>
                <wp:effectExtent l="12700" t="12700" r="12700" b="24130"/>
                <wp:wrapNone/>
                <wp:docPr id="1505744336" name="ace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B642A" id="ace271" o:spid="_x0000_s1026" style="position:absolute;margin-left:284.5pt;margin-top:153.5pt;width:9pt;height:.1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DF0BA2" wp14:editId="56CE01DE">
                <wp:simplePos x="0" y="0"/>
                <wp:positionH relativeFrom="page">
                  <wp:posOffset>3613150</wp:posOffset>
                </wp:positionH>
                <wp:positionV relativeFrom="page">
                  <wp:posOffset>1993900</wp:posOffset>
                </wp:positionV>
                <wp:extent cx="114300" cy="1270"/>
                <wp:effectExtent l="12700" t="12700" r="12700" b="24130"/>
                <wp:wrapNone/>
                <wp:docPr id="54396802" name="ace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45F22" id="ace273" o:spid="_x0000_s1026" style="position:absolute;margin-left:284.5pt;margin-top:157pt;width:9pt;height:.1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82A8E72" wp14:editId="53A77B5D">
                <wp:simplePos x="0" y="0"/>
                <wp:positionH relativeFrom="page">
                  <wp:posOffset>3613150</wp:posOffset>
                </wp:positionH>
                <wp:positionV relativeFrom="page">
                  <wp:posOffset>2038350</wp:posOffset>
                </wp:positionV>
                <wp:extent cx="114300" cy="1270"/>
                <wp:effectExtent l="12700" t="12700" r="12700" b="24130"/>
                <wp:wrapNone/>
                <wp:docPr id="1971421753" name="ace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0247" id="ace275" o:spid="_x0000_s1026" style="position:absolute;margin-left:284.5pt;margin-top:160.5pt;width:9pt;height:.1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nJDhwIAAIoFAAAOAAAAZHJzL2Uyb0RvYy54bWysVMtu2zAQvBfoPxA8FqglOU7jCJGDImmK&#13;&#10;AukDiPsBNEVZQikuS9KW3a/vLiXbittcil6IpXY0nB0u9+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" path="m,l1000,1000e" filled="f" strokecolor="#008c98" strokeweight="1.5pt">
                <v:path arrowok="t" o:connecttype="custom" o:connectlocs="0,0;1143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64896" behindDoc="0" locked="0" layoutInCell="1" allowOverlap="1" wp14:anchorId="5B34715B" wp14:editId="05ED9058">
                <wp:simplePos x="0" y="0"/>
                <wp:positionH relativeFrom="page">
                  <wp:posOffset>3873500</wp:posOffset>
                </wp:positionH>
                <wp:positionV relativeFrom="page">
                  <wp:posOffset>1943100</wp:posOffset>
                </wp:positionV>
                <wp:extent cx="927100" cy="304800"/>
                <wp:effectExtent l="0" t="0" r="0" b="0"/>
                <wp:wrapNone/>
                <wp:docPr id="1136359611" name="ace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D02F3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Clinical Systems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4715B" id="ace276" o:spid="_x0000_s1073" style="position:absolute;margin-left:305pt;margin-top:153pt;width:73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29BD02F3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Clinical Systems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5C7431C" wp14:editId="4866330E">
                <wp:simplePos x="0" y="0"/>
                <wp:positionH relativeFrom="page">
                  <wp:posOffset>4127500</wp:posOffset>
                </wp:positionH>
                <wp:positionV relativeFrom="page">
                  <wp:posOffset>2311400</wp:posOffset>
                </wp:positionV>
                <wp:extent cx="1270" cy="152400"/>
                <wp:effectExtent l="0" t="0" r="24130" b="12700"/>
                <wp:wrapNone/>
                <wp:docPr id="50344893" name="ace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524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C9AB2" id="ace278" o:spid="_x0000_s1026" style="position:absolute;margin-left:325pt;margin-top:182pt;width:.1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" path="m,l1000,1000e" filled="f" strokecolor="#008c98" strokeweight="1pt">
                <v:path arrowok="t" o:connecttype="custom" o:connectlocs="0,0;1270,1524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3C18E89" wp14:editId="0385C735">
                <wp:simplePos x="0" y="0"/>
                <wp:positionH relativeFrom="page">
                  <wp:posOffset>1079500</wp:posOffset>
                </wp:positionH>
                <wp:positionV relativeFrom="page">
                  <wp:posOffset>2463800</wp:posOffset>
                </wp:positionV>
                <wp:extent cx="3048000" cy="1270"/>
                <wp:effectExtent l="0" t="0" r="12700" b="24130"/>
                <wp:wrapNone/>
                <wp:docPr id="1116560683" name="ace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04B71" id="ace280" o:spid="_x0000_s1026" style="position:absolute;margin-left:85pt;margin-top:194pt;width:240pt;height:.1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" path="m,l1000,1000e" filled="f" strokecolor="#008c98" strokeweight="1pt">
                <v:path arrowok="t" o:connecttype="custom" o:connectlocs="0,0;30480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E3800E3" wp14:editId="0586ECFE">
                <wp:simplePos x="0" y="0"/>
                <wp:positionH relativeFrom="page">
                  <wp:posOffset>2514600</wp:posOffset>
                </wp:positionH>
                <wp:positionV relativeFrom="page">
                  <wp:posOffset>2463800</wp:posOffset>
                </wp:positionV>
                <wp:extent cx="152400" cy="127000"/>
                <wp:effectExtent l="0" t="0" r="0" b="0"/>
                <wp:wrapNone/>
                <wp:docPr id="848384652" name="ace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27000"/>
                        </a:xfrm>
                        <a:custGeom>
                          <a:avLst/>
                          <a:gdLst>
                            <a:gd name="T0" fmla="*/ 300 w 1000"/>
                            <a:gd name="T1" fmla="*/ 0 h 1000"/>
                            <a:gd name="T2" fmla="*/ 700 w 1000"/>
                            <a:gd name="T3" fmla="*/ 0 h 1000"/>
                            <a:gd name="T4" fmla="*/ 700 w 1000"/>
                            <a:gd name="T5" fmla="*/ 650 h 1000"/>
                            <a:gd name="T6" fmla="*/ 1000 w 1000"/>
                            <a:gd name="T7" fmla="*/ 650 h 1000"/>
                            <a:gd name="T8" fmla="*/ 500 w 1000"/>
                            <a:gd name="T9" fmla="*/ 1000 h 1000"/>
                            <a:gd name="T10" fmla="*/ 0 w 1000"/>
                            <a:gd name="T11" fmla="*/ 650 h 1000"/>
                            <a:gd name="T12" fmla="*/ 300 w 1000"/>
                            <a:gd name="T13" fmla="*/ 65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300" y="0"/>
                              </a:moveTo>
                              <a:lnTo>
                                <a:pt x="700" y="0"/>
                              </a:lnTo>
                              <a:lnTo>
                                <a:pt x="700" y="650"/>
                              </a:lnTo>
                              <a:lnTo>
                                <a:pt x="1000" y="650"/>
                              </a:lnTo>
                              <a:lnTo>
                                <a:pt x="500" y="1000"/>
                              </a:lnTo>
                              <a:lnTo>
                                <a:pt x="0" y="650"/>
                              </a:lnTo>
                              <a:lnTo>
                                <a:pt x="300" y="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A5E56" id="ace281" o:spid="_x0000_s1026" style="position:absolute;margin-left:198pt;margin-top:194pt;width:12pt;height:10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" path="m300,l700,r,650l1000,650,500,1000,,650r300,l300,xe" fillcolor="#008c98" stroked="f" strokecolor="white" strokeweight=".7pt">
                <v:path arrowok="t" o:connecttype="custom" o:connectlocs="45720,0;106680,0;106680,82550;152400,82550;76200,127000;0,82550;45720,8255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43E8EA9" wp14:editId="0EF3C0B0">
                <wp:simplePos x="0" y="0"/>
                <wp:positionH relativeFrom="page">
                  <wp:posOffset>381000</wp:posOffset>
                </wp:positionH>
                <wp:positionV relativeFrom="page">
                  <wp:posOffset>2616200</wp:posOffset>
                </wp:positionV>
                <wp:extent cx="4445000" cy="355600"/>
                <wp:effectExtent l="0" t="0" r="0" b="0"/>
                <wp:wrapNone/>
                <wp:docPr id="1883825384" name="ace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00" cy="355600"/>
                        </a:xfrm>
                        <a:prstGeom prst="rect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A218C" id="ace282" o:spid="_x0000_s1026" style="position:absolute;margin-left:30pt;margin-top:206pt;width:350pt;height:28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" fillcolor="#008c98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70016" behindDoc="0" locked="0" layoutInCell="1" allowOverlap="1" wp14:anchorId="3833EADE" wp14:editId="3AC612B4">
                <wp:simplePos x="0" y="0"/>
                <wp:positionH relativeFrom="page">
                  <wp:posOffset>431800</wp:posOffset>
                </wp:positionH>
                <wp:positionV relativeFrom="page">
                  <wp:posOffset>2717800</wp:posOffset>
                </wp:positionV>
                <wp:extent cx="4343400" cy="228600"/>
                <wp:effectExtent l="0" t="0" r="0" b="0"/>
                <wp:wrapNone/>
                <wp:docPr id="1236535327" name="ace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43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C65D5" w14:textId="77777777" w:rsidR="0094514B" w:rsidRDefault="00000000">
                            <w:pPr>
                              <w:spacing w:after="0" w:line="220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Secure API &amp; Data Exchange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3EADE" id="ace283" o:spid="_x0000_s1074" style="position:absolute;margin-left:34pt;margin-top:214pt;width:342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" filled="f" stroked="f" strokecolor="white" strokeweight=".7pt">
                <v:path arrowok="t"/>
                <v:textbox inset="0,0,0,0">
                  <w:txbxContent>
                    <w:p w14:paraId="189C65D5" w14:textId="77777777" w:rsidR="0094514B" w:rsidRDefault="00000000">
                      <w:pPr>
                        <w:spacing w:after="0" w:line="220" w:lineRule="exact"/>
                        <w:jc w:val="center"/>
                      </w:pPr>
                      <w:r>
                        <w:rPr>
                          <w:b/>
                          <w:color w:val="FFFFFF"/>
                        </w:rPr>
                        <w:t>Secure API &amp; Data Exchange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BC844E0" wp14:editId="2D073C23">
                <wp:simplePos x="0" y="0"/>
                <wp:positionH relativeFrom="page">
                  <wp:posOffset>2514600</wp:posOffset>
                </wp:positionH>
                <wp:positionV relativeFrom="page">
                  <wp:posOffset>2997200</wp:posOffset>
                </wp:positionV>
                <wp:extent cx="152400" cy="127000"/>
                <wp:effectExtent l="0" t="0" r="0" b="0"/>
                <wp:wrapNone/>
                <wp:docPr id="1165559011" name="ace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27000"/>
                        </a:xfrm>
                        <a:custGeom>
                          <a:avLst/>
                          <a:gdLst>
                            <a:gd name="T0" fmla="*/ 300 w 1000"/>
                            <a:gd name="T1" fmla="*/ 0 h 1000"/>
                            <a:gd name="T2" fmla="*/ 700 w 1000"/>
                            <a:gd name="T3" fmla="*/ 0 h 1000"/>
                            <a:gd name="T4" fmla="*/ 700 w 1000"/>
                            <a:gd name="T5" fmla="*/ 650 h 1000"/>
                            <a:gd name="T6" fmla="*/ 1000 w 1000"/>
                            <a:gd name="T7" fmla="*/ 650 h 1000"/>
                            <a:gd name="T8" fmla="*/ 500 w 1000"/>
                            <a:gd name="T9" fmla="*/ 1000 h 1000"/>
                            <a:gd name="T10" fmla="*/ 0 w 1000"/>
                            <a:gd name="T11" fmla="*/ 650 h 1000"/>
                            <a:gd name="T12" fmla="*/ 300 w 1000"/>
                            <a:gd name="T13" fmla="*/ 65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300" y="0"/>
                              </a:moveTo>
                              <a:lnTo>
                                <a:pt x="700" y="0"/>
                              </a:lnTo>
                              <a:lnTo>
                                <a:pt x="700" y="650"/>
                              </a:lnTo>
                              <a:lnTo>
                                <a:pt x="1000" y="650"/>
                              </a:lnTo>
                              <a:lnTo>
                                <a:pt x="500" y="1000"/>
                              </a:lnTo>
                              <a:lnTo>
                                <a:pt x="0" y="650"/>
                              </a:lnTo>
                              <a:lnTo>
                                <a:pt x="300" y="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275F1" id="ace284" o:spid="_x0000_s1026" style="position:absolute;margin-left:198pt;margin-top:236pt;width:12pt;height:10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" path="m300,l700,r,650l1000,650,500,1000,,650r300,l300,xe" fillcolor="#008c98" stroked="f" strokecolor="white" strokeweight=".7pt">
                <v:path arrowok="t" o:connecttype="custom" o:connectlocs="45720,0;106680,0;106680,82550;152400,82550;76200,127000;0,82550;45720,8255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99AE0BC" wp14:editId="15AC53DB">
                <wp:simplePos x="0" y="0"/>
                <wp:positionH relativeFrom="page">
                  <wp:posOffset>381000</wp:posOffset>
                </wp:positionH>
                <wp:positionV relativeFrom="page">
                  <wp:posOffset>3162300</wp:posOffset>
                </wp:positionV>
                <wp:extent cx="4445000" cy="1473200"/>
                <wp:effectExtent l="0" t="0" r="0" b="0"/>
                <wp:wrapNone/>
                <wp:docPr id="320654455" name="ace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00" cy="14732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59680" id="ace285" o:spid="_x0000_s1026" style="position:absolute;margin-left:30pt;margin-top:249pt;width:350pt;height:116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F19BDF2" wp14:editId="6998A808">
                <wp:simplePos x="0" y="0"/>
                <wp:positionH relativeFrom="page">
                  <wp:posOffset>584200</wp:posOffset>
                </wp:positionH>
                <wp:positionV relativeFrom="page">
                  <wp:posOffset>3340100</wp:posOffset>
                </wp:positionV>
                <wp:extent cx="152400" cy="152400"/>
                <wp:effectExtent l="0" t="0" r="12700" b="12700"/>
                <wp:wrapNone/>
                <wp:docPr id="1500143900" name="ace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77E0D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D3D90" id="ace286" o:spid="_x0000_s1026" style="position:absolute;margin-left:46pt;margin-top:263pt;width:12pt;height:12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" filled="f" strokecolor="#77e0dd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07320D0" wp14:editId="7BBE803C">
                <wp:simplePos x="0" y="0"/>
                <wp:positionH relativeFrom="page">
                  <wp:posOffset>614680</wp:posOffset>
                </wp:positionH>
                <wp:positionV relativeFrom="page">
                  <wp:posOffset>3288030</wp:posOffset>
                </wp:positionV>
                <wp:extent cx="1270" cy="45720"/>
                <wp:effectExtent l="12700" t="12700" r="24130" b="17780"/>
                <wp:wrapNone/>
                <wp:docPr id="763992171" name="ace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57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4CC29" id="ace288" o:spid="_x0000_s1026" style="position:absolute;margin-left:48.4pt;margin-top:258.9pt;width:.1pt;height:3.6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" path="m,l1000,1000e" filled="f" strokecolor="#77e0dd" strokeweight="1.5pt">
                <v:path arrowok="t" o:connecttype="custom" o:connectlocs="0,0;1270,457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64A723C" wp14:editId="010D4BFB">
                <wp:simplePos x="0" y="0"/>
                <wp:positionH relativeFrom="page">
                  <wp:posOffset>614680</wp:posOffset>
                </wp:positionH>
                <wp:positionV relativeFrom="page">
                  <wp:posOffset>3498850</wp:posOffset>
                </wp:positionV>
                <wp:extent cx="1270" cy="48895"/>
                <wp:effectExtent l="12700" t="12700" r="24130" b="14605"/>
                <wp:wrapNone/>
                <wp:docPr id="14319592" name="ace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889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C740" id="ace290" o:spid="_x0000_s1026" style="position:absolute;margin-left:48.4pt;margin-top:275.5pt;width:.1pt;height:3.8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5pNhw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" path="m,l1000,1000e" filled="f" strokecolor="#77e0dd" strokeweight="1.5pt">
                <v:path arrowok="t" o:connecttype="custom" o:connectlocs="0,0;1270,4889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6288A09" wp14:editId="0C4481C5">
                <wp:simplePos x="0" y="0"/>
                <wp:positionH relativeFrom="page">
                  <wp:posOffset>532130</wp:posOffset>
                </wp:positionH>
                <wp:positionV relativeFrom="page">
                  <wp:posOffset>3370580</wp:posOffset>
                </wp:positionV>
                <wp:extent cx="45720" cy="1270"/>
                <wp:effectExtent l="12700" t="12700" r="17780" b="24130"/>
                <wp:wrapNone/>
                <wp:docPr id="690658070" name="ace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B352F" id="ace292" o:spid="_x0000_s1026" style="position:absolute;margin-left:41.9pt;margin-top:265.4pt;width:3.6pt;height:.1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" path="m,l1000,1000e" filled="f" strokecolor="#77e0dd" strokeweight="1.5pt">
                <v:path arrowok="t" o:connecttype="custom" o:connectlocs="0,0;4572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B33233B" wp14:editId="33DB5EE8">
                <wp:simplePos x="0" y="0"/>
                <wp:positionH relativeFrom="page">
                  <wp:posOffset>742950</wp:posOffset>
                </wp:positionH>
                <wp:positionV relativeFrom="page">
                  <wp:posOffset>3370580</wp:posOffset>
                </wp:positionV>
                <wp:extent cx="48895" cy="1270"/>
                <wp:effectExtent l="12700" t="12700" r="14605" b="24130"/>
                <wp:wrapNone/>
                <wp:docPr id="1155499169" name="ace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3FBF5" id="ace294" o:spid="_x0000_s1026" style="position:absolute;margin-left:58.5pt;margin-top:265.4pt;width:3.85pt;height:.1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V2jiQ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" path="m,l1000,1000e" filled="f" strokecolor="#77e0dd" strokeweight="1.5pt">
                <v:path arrowok="t" o:connecttype="custom" o:connectlocs="0,0;48895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1D4C745" wp14:editId="5AED6580">
                <wp:simplePos x="0" y="0"/>
                <wp:positionH relativeFrom="page">
                  <wp:posOffset>660400</wp:posOffset>
                </wp:positionH>
                <wp:positionV relativeFrom="page">
                  <wp:posOffset>3288030</wp:posOffset>
                </wp:positionV>
                <wp:extent cx="1270" cy="45720"/>
                <wp:effectExtent l="12700" t="12700" r="24130" b="17780"/>
                <wp:wrapNone/>
                <wp:docPr id="1570396396" name="ace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57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2993F" id="ace296" o:spid="_x0000_s1026" style="position:absolute;margin-left:52pt;margin-top:258.9pt;width:.1pt;height:3.6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" path="m,l1000,1000e" filled="f" strokecolor="#77e0dd" strokeweight="1.5pt">
                <v:path arrowok="t" o:connecttype="custom" o:connectlocs="0,0;1270,457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05BCB9F" wp14:editId="3C9F87BA">
                <wp:simplePos x="0" y="0"/>
                <wp:positionH relativeFrom="page">
                  <wp:posOffset>660400</wp:posOffset>
                </wp:positionH>
                <wp:positionV relativeFrom="page">
                  <wp:posOffset>3498850</wp:posOffset>
                </wp:positionV>
                <wp:extent cx="1270" cy="48895"/>
                <wp:effectExtent l="12700" t="12700" r="24130" b="14605"/>
                <wp:wrapNone/>
                <wp:docPr id="461078176" name="ace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889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8972F" id="ace298" o:spid="_x0000_s1026" style="position:absolute;margin-left:52pt;margin-top:275.5pt;width:.1pt;height:3.8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5pNhw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" path="m,l1000,1000e" filled="f" strokecolor="#77e0dd" strokeweight="1.5pt">
                <v:path arrowok="t" o:connecttype="custom" o:connectlocs="0,0;1270,4889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F26B2CD" wp14:editId="1AA64036">
                <wp:simplePos x="0" y="0"/>
                <wp:positionH relativeFrom="page">
                  <wp:posOffset>532130</wp:posOffset>
                </wp:positionH>
                <wp:positionV relativeFrom="page">
                  <wp:posOffset>3416300</wp:posOffset>
                </wp:positionV>
                <wp:extent cx="45720" cy="1270"/>
                <wp:effectExtent l="12700" t="12700" r="17780" b="24130"/>
                <wp:wrapNone/>
                <wp:docPr id="577524912" name="ace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215C1" id="ace300" o:spid="_x0000_s1026" style="position:absolute;margin-left:41.9pt;margin-top:269pt;width:3.6pt;height:.1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" path="m,l1000,1000e" filled="f" strokecolor="#77e0dd" strokeweight="1.5pt">
                <v:path arrowok="t" o:connecttype="custom" o:connectlocs="0,0;4572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6FA1402" wp14:editId="72DE79FF">
                <wp:simplePos x="0" y="0"/>
                <wp:positionH relativeFrom="page">
                  <wp:posOffset>742950</wp:posOffset>
                </wp:positionH>
                <wp:positionV relativeFrom="page">
                  <wp:posOffset>3416300</wp:posOffset>
                </wp:positionV>
                <wp:extent cx="48895" cy="1270"/>
                <wp:effectExtent l="12700" t="12700" r="14605" b="24130"/>
                <wp:wrapNone/>
                <wp:docPr id="1700888699" name="ace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92C7A" id="ace302" o:spid="_x0000_s1026" style="position:absolute;margin-left:58.5pt;margin-top:269pt;width:3.85pt;height:.1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V2jiQ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" path="m,l1000,1000e" filled="f" strokecolor="#77e0dd" strokeweight="1.5pt">
                <v:path arrowok="t" o:connecttype="custom" o:connectlocs="0,0;48895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BFB33C8" wp14:editId="4EFE5B25">
                <wp:simplePos x="0" y="0"/>
                <wp:positionH relativeFrom="page">
                  <wp:posOffset>706120</wp:posOffset>
                </wp:positionH>
                <wp:positionV relativeFrom="page">
                  <wp:posOffset>3288030</wp:posOffset>
                </wp:positionV>
                <wp:extent cx="1270" cy="45720"/>
                <wp:effectExtent l="12700" t="12700" r="24130" b="17780"/>
                <wp:wrapNone/>
                <wp:docPr id="844855838" name="ace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57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13475" id="ace304" o:spid="_x0000_s1026" style="position:absolute;margin-left:55.6pt;margin-top:258.9pt;width:.1pt;height:3.6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" path="m,l1000,1000e" filled="f" strokecolor="#77e0dd" strokeweight="1.5pt">
                <v:path arrowok="t" o:connecttype="custom" o:connectlocs="0,0;1270,457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EFB6BF7" wp14:editId="5E69AE2F">
                <wp:simplePos x="0" y="0"/>
                <wp:positionH relativeFrom="page">
                  <wp:posOffset>706120</wp:posOffset>
                </wp:positionH>
                <wp:positionV relativeFrom="page">
                  <wp:posOffset>3498850</wp:posOffset>
                </wp:positionV>
                <wp:extent cx="1270" cy="48895"/>
                <wp:effectExtent l="12700" t="12700" r="24130" b="14605"/>
                <wp:wrapNone/>
                <wp:docPr id="2088398056" name="ace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889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0941C" id="ace306" o:spid="_x0000_s1026" style="position:absolute;margin-left:55.6pt;margin-top:275.5pt;width:.1pt;height:3.8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5pNhw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" path="m,l1000,1000e" filled="f" strokecolor="#77e0dd" strokeweight="1.5pt">
                <v:path arrowok="t" o:connecttype="custom" o:connectlocs="0,0;1270,4889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74C178B" wp14:editId="5D2FFA7F">
                <wp:simplePos x="0" y="0"/>
                <wp:positionH relativeFrom="page">
                  <wp:posOffset>532130</wp:posOffset>
                </wp:positionH>
                <wp:positionV relativeFrom="page">
                  <wp:posOffset>3462020</wp:posOffset>
                </wp:positionV>
                <wp:extent cx="45720" cy="1270"/>
                <wp:effectExtent l="12700" t="12700" r="17780" b="24130"/>
                <wp:wrapNone/>
                <wp:docPr id="1195423514" name="ace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4984D" id="ace308" o:spid="_x0000_s1026" style="position:absolute;margin-left:41.9pt;margin-top:272.6pt;width:3.6pt;height:.1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" path="m,l1000,1000e" filled="f" strokecolor="#77e0dd" strokeweight="1.5pt">
                <v:path arrowok="t" o:connecttype="custom" o:connectlocs="0,0;4572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4A9D386" wp14:editId="5224790C">
                <wp:simplePos x="0" y="0"/>
                <wp:positionH relativeFrom="page">
                  <wp:posOffset>742950</wp:posOffset>
                </wp:positionH>
                <wp:positionV relativeFrom="page">
                  <wp:posOffset>3462020</wp:posOffset>
                </wp:positionV>
                <wp:extent cx="48895" cy="1270"/>
                <wp:effectExtent l="12700" t="12700" r="14605" b="24130"/>
                <wp:wrapNone/>
                <wp:docPr id="1192789875" name="ace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7E0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B378C" id="ace310" o:spid="_x0000_s1026" style="position:absolute;margin-left:58.5pt;margin-top:272.6pt;width:3.85pt;height:.1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V2jiQ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" path="m,l1000,1000e" filled="f" strokecolor="#77e0dd" strokeweight="1.5pt">
                <v:path arrowok="t" o:connecttype="custom" o:connectlocs="0,0;48895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86400" behindDoc="0" locked="0" layoutInCell="1" allowOverlap="1" wp14:anchorId="5C449221" wp14:editId="4DA6F4D9">
                <wp:simplePos x="0" y="0"/>
                <wp:positionH relativeFrom="page">
                  <wp:posOffset>599440</wp:posOffset>
                </wp:positionH>
                <wp:positionV relativeFrom="page">
                  <wp:posOffset>3379470</wp:posOffset>
                </wp:positionV>
                <wp:extent cx="121920" cy="91440"/>
                <wp:effectExtent l="0" t="0" r="5080" b="10160"/>
                <wp:wrapNone/>
                <wp:docPr id="1088186872" name="ace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4AA43" w14:textId="77777777" w:rsidR="0094514B" w:rsidRDefault="00000000">
                            <w:pPr>
                              <w:spacing w:after="0" w:line="110" w:lineRule="exact"/>
                              <w:jc w:val="center"/>
                            </w:pPr>
                            <w:r>
                              <w:rPr>
                                <w:b/>
                                <w:color w:val="77E0DD"/>
                                <w:sz w:val="10"/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49221" id="ace311" o:spid="_x0000_s1075" style="position:absolute;margin-left:47.2pt;margin-top:266.1pt;width:9.6pt;height:7.2pt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4204AA43" w14:textId="77777777" w:rsidR="0094514B" w:rsidRDefault="00000000">
                      <w:pPr>
                        <w:spacing w:after="0" w:line="110" w:lineRule="exact"/>
                        <w:jc w:val="center"/>
                      </w:pPr>
                      <w:r>
                        <w:rPr>
                          <w:b/>
                          <w:color w:val="77E0DD"/>
                          <w:sz w:val="10"/>
                        </w:rPr>
                        <w:t>AI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87424" behindDoc="0" locked="0" layoutInCell="1" allowOverlap="1" wp14:anchorId="190C0226" wp14:editId="7CBB330F">
                <wp:simplePos x="0" y="0"/>
                <wp:positionH relativeFrom="page">
                  <wp:posOffset>927100</wp:posOffset>
                </wp:positionH>
                <wp:positionV relativeFrom="page">
                  <wp:posOffset>3314700</wp:posOffset>
                </wp:positionV>
                <wp:extent cx="3810000" cy="254000"/>
                <wp:effectExtent l="0" t="0" r="0" b="0"/>
                <wp:wrapNone/>
                <wp:docPr id="147488183" name="ace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467D1" w14:textId="77777777" w:rsidR="0094514B" w:rsidRDefault="00000000">
                            <w:pPr>
                              <w:spacing w:after="0" w:line="264" w:lineRule="exact"/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ACE™ Autonomous Coding Engine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C0226" id="ace312" o:spid="_x0000_s1076" style="position:absolute;margin-left:73pt;margin-top:261pt;width:300pt;height:20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" filled="f" stroked="f" strokecolor="white" strokeweight=".7pt">
                <v:path arrowok="t"/>
                <v:textbox inset="0,0,0,0">
                  <w:txbxContent>
                    <w:p w14:paraId="725467D1" w14:textId="77777777" w:rsidR="0094514B" w:rsidRDefault="00000000">
                      <w:pPr>
                        <w:spacing w:after="0" w:line="264" w:lineRule="exact"/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ACE™ Autonomous Coding Engine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4A2BCB0" wp14:editId="622D778A">
                <wp:simplePos x="0" y="0"/>
                <wp:positionH relativeFrom="page">
                  <wp:posOffset>495300</wp:posOffset>
                </wp:positionH>
                <wp:positionV relativeFrom="page">
                  <wp:posOffset>3670300</wp:posOffset>
                </wp:positionV>
                <wp:extent cx="787400" cy="812800"/>
                <wp:effectExtent l="0" t="0" r="0" b="0"/>
                <wp:wrapNone/>
                <wp:docPr id="2018482407" name="ace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812800"/>
                        </a:xfrm>
                        <a:prstGeom prst="rect">
                          <a:avLst/>
                        </a:prstGeom>
                        <a:solidFill>
                          <a:srgbClr val="204A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5F204" id="ace313" o:spid="_x0000_s1026" style="position:absolute;margin-left:39pt;margin-top:289pt;width:62pt;height:64pt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" fillcolor="#204a6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54FCD8A" wp14:editId="618CE9E4">
                <wp:simplePos x="0" y="0"/>
                <wp:positionH relativeFrom="page">
                  <wp:posOffset>809625</wp:posOffset>
                </wp:positionH>
                <wp:positionV relativeFrom="page">
                  <wp:posOffset>3819525</wp:posOffset>
                </wp:positionV>
                <wp:extent cx="146050" cy="146050"/>
                <wp:effectExtent l="0" t="0" r="19050" b="19050"/>
                <wp:wrapNone/>
                <wp:docPr id="1003137921" name="ace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79DED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8543D" id="ace314" o:spid="_x0000_s1026" style="position:absolute;margin-left:63.75pt;margin-top:300.75pt;width:11.5pt;height:11.5pt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" filled="f" strokecolor="#79ded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5F5C9F5" wp14:editId="7151BF0D">
                <wp:simplePos x="0" y="0"/>
                <wp:positionH relativeFrom="page">
                  <wp:posOffset>838835</wp:posOffset>
                </wp:positionH>
                <wp:positionV relativeFrom="page">
                  <wp:posOffset>3769995</wp:posOffset>
                </wp:positionV>
                <wp:extent cx="1270" cy="43815"/>
                <wp:effectExtent l="12700" t="12700" r="24130" b="6985"/>
                <wp:wrapNone/>
                <wp:docPr id="1658824416" name="ace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381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7044D" id="ace316" o:spid="_x0000_s1026" style="position:absolute;margin-left:66.05pt;margin-top:296.85pt;width:.1pt;height:3.45pt;z-index: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IHihw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" path="m,l1000,1000e" filled="f" strokecolor="#79dede" strokeweight="1.5pt">
                <v:path arrowok="t" o:connecttype="custom" o:connectlocs="0,0;1270,4381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81B4A16" wp14:editId="79F60B46">
                <wp:simplePos x="0" y="0"/>
                <wp:positionH relativeFrom="page">
                  <wp:posOffset>838835</wp:posOffset>
                </wp:positionH>
                <wp:positionV relativeFrom="page">
                  <wp:posOffset>3971290</wp:posOffset>
                </wp:positionV>
                <wp:extent cx="1270" cy="46990"/>
                <wp:effectExtent l="12700" t="12700" r="24130" b="16510"/>
                <wp:wrapNone/>
                <wp:docPr id="1589317185" name="ace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699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B19D1" id="ace318" o:spid="_x0000_s1026" style="position:absolute;margin-left:66.05pt;margin-top:312.7pt;width:.1pt;height:3.7pt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" path="m,l1000,1000e" filled="f" strokecolor="#79dede" strokeweight="1.5pt">
                <v:path arrowok="t" o:connecttype="custom" o:connectlocs="0,0;1270,4699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F1B8219" wp14:editId="0D5AFB16">
                <wp:simplePos x="0" y="0"/>
                <wp:positionH relativeFrom="page">
                  <wp:posOffset>760095</wp:posOffset>
                </wp:positionH>
                <wp:positionV relativeFrom="page">
                  <wp:posOffset>3848735</wp:posOffset>
                </wp:positionV>
                <wp:extent cx="43815" cy="1270"/>
                <wp:effectExtent l="12700" t="12700" r="6985" b="24130"/>
                <wp:wrapNone/>
                <wp:docPr id="870220256" name="ace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169C2" id="ace320" o:spid="_x0000_s1026" style="position:absolute;margin-left:59.85pt;margin-top:303.05pt;width:3.45pt;height:.1pt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" path="m,l1000,1000e" filled="f" strokecolor="#79dede" strokeweight="1.5pt">
                <v:path arrowok="t" o:connecttype="custom" o:connectlocs="0,0;43815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65F3429" wp14:editId="3D60F970">
                <wp:simplePos x="0" y="0"/>
                <wp:positionH relativeFrom="page">
                  <wp:posOffset>961390</wp:posOffset>
                </wp:positionH>
                <wp:positionV relativeFrom="page">
                  <wp:posOffset>3848735</wp:posOffset>
                </wp:positionV>
                <wp:extent cx="46990" cy="1270"/>
                <wp:effectExtent l="12700" t="12700" r="16510" b="24130"/>
                <wp:wrapNone/>
                <wp:docPr id="951727913" name="ace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9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19EA7" id="ace322" o:spid="_x0000_s1026" style="position:absolute;margin-left:75.7pt;margin-top:303.05pt;width:3.7pt;height:.1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" path="m,l1000,1000e" filled="f" strokecolor="#79dede" strokeweight="1.5pt">
                <v:path arrowok="t" o:connecttype="custom" o:connectlocs="0,0;4699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C4E10C8" wp14:editId="69E6B35A">
                <wp:simplePos x="0" y="0"/>
                <wp:positionH relativeFrom="page">
                  <wp:posOffset>882650</wp:posOffset>
                </wp:positionH>
                <wp:positionV relativeFrom="page">
                  <wp:posOffset>3769995</wp:posOffset>
                </wp:positionV>
                <wp:extent cx="1270" cy="43815"/>
                <wp:effectExtent l="12700" t="12700" r="24130" b="6985"/>
                <wp:wrapNone/>
                <wp:docPr id="5077175" name="ace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381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96F39" id="ace324" o:spid="_x0000_s1026" style="position:absolute;margin-left:69.5pt;margin-top:296.85pt;width:.1pt;height:3.45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IHihw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" path="m,l1000,1000e" filled="f" strokecolor="#79dede" strokeweight="1.5pt">
                <v:path arrowok="t" o:connecttype="custom" o:connectlocs="0,0;1270,4381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27B76B6" wp14:editId="6585F6FC">
                <wp:simplePos x="0" y="0"/>
                <wp:positionH relativeFrom="page">
                  <wp:posOffset>882650</wp:posOffset>
                </wp:positionH>
                <wp:positionV relativeFrom="page">
                  <wp:posOffset>3971290</wp:posOffset>
                </wp:positionV>
                <wp:extent cx="1270" cy="46990"/>
                <wp:effectExtent l="12700" t="12700" r="24130" b="16510"/>
                <wp:wrapNone/>
                <wp:docPr id="1517053818" name="ace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699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174BE" id="ace326" o:spid="_x0000_s1026" style="position:absolute;margin-left:69.5pt;margin-top:312.7pt;width:.1pt;height:3.7pt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" path="m,l1000,1000e" filled="f" strokecolor="#79dede" strokeweight="1.5pt">
                <v:path arrowok="t" o:connecttype="custom" o:connectlocs="0,0;1270,4699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F611DB4" wp14:editId="2BBD5B68">
                <wp:simplePos x="0" y="0"/>
                <wp:positionH relativeFrom="page">
                  <wp:posOffset>760095</wp:posOffset>
                </wp:positionH>
                <wp:positionV relativeFrom="page">
                  <wp:posOffset>3892550</wp:posOffset>
                </wp:positionV>
                <wp:extent cx="43815" cy="1270"/>
                <wp:effectExtent l="12700" t="12700" r="6985" b="24130"/>
                <wp:wrapNone/>
                <wp:docPr id="711726655" name="ace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B7A9B" id="ace328" o:spid="_x0000_s1026" style="position:absolute;margin-left:59.85pt;margin-top:306.5pt;width:3.45pt;height:.1pt;z-index:25169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" path="m,l1000,1000e" filled="f" strokecolor="#79dede" strokeweight="1.5pt">
                <v:path arrowok="t" o:connecttype="custom" o:connectlocs="0,0;43815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A687688" wp14:editId="3497F967">
                <wp:simplePos x="0" y="0"/>
                <wp:positionH relativeFrom="page">
                  <wp:posOffset>961390</wp:posOffset>
                </wp:positionH>
                <wp:positionV relativeFrom="page">
                  <wp:posOffset>3892550</wp:posOffset>
                </wp:positionV>
                <wp:extent cx="46990" cy="1270"/>
                <wp:effectExtent l="12700" t="12700" r="16510" b="24130"/>
                <wp:wrapNone/>
                <wp:docPr id="55832873" name="ace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9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0B34" id="ace330" o:spid="_x0000_s1026" style="position:absolute;margin-left:75.7pt;margin-top:306.5pt;width:3.7pt;height:.1pt;z-index:2516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" path="m,l1000,1000e" filled="f" strokecolor="#79dede" strokeweight="1.5pt">
                <v:path arrowok="t" o:connecttype="custom" o:connectlocs="0,0;4699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547AE86" wp14:editId="69FF16CE">
                <wp:simplePos x="0" y="0"/>
                <wp:positionH relativeFrom="page">
                  <wp:posOffset>926465</wp:posOffset>
                </wp:positionH>
                <wp:positionV relativeFrom="page">
                  <wp:posOffset>3769995</wp:posOffset>
                </wp:positionV>
                <wp:extent cx="1270" cy="43815"/>
                <wp:effectExtent l="12700" t="12700" r="24130" b="6985"/>
                <wp:wrapNone/>
                <wp:docPr id="1776144956" name="ace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381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1F522" id="ace332" o:spid="_x0000_s1026" style="position:absolute;margin-left:72.95pt;margin-top:296.85pt;width:.1pt;height:3.45pt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IHihwIAAIkFAAAOAAAAZHJzL2Uyb0RvYy54bWysVNtu2zAMfR+wfxD0OGC1naZLa9QphqYd&#13;&#10;BnQXoNkHKLIcG5NFTVLidF9fUnYSN1tfhr0IlHlMHh5SvL7ZtZptlfMNmIJnZylnykgoG7Mu+I/l&#13;&#10;/ftL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" path="m,l1000,1000e" filled="f" strokecolor="#79dede" strokeweight="1.5pt">
                <v:path arrowok="t" o:connecttype="custom" o:connectlocs="0,0;1270,4381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A1ACBA7" wp14:editId="7103B84E">
                <wp:simplePos x="0" y="0"/>
                <wp:positionH relativeFrom="page">
                  <wp:posOffset>926465</wp:posOffset>
                </wp:positionH>
                <wp:positionV relativeFrom="page">
                  <wp:posOffset>3971290</wp:posOffset>
                </wp:positionV>
                <wp:extent cx="1270" cy="46990"/>
                <wp:effectExtent l="12700" t="12700" r="24130" b="16510"/>
                <wp:wrapNone/>
                <wp:docPr id="1548813908" name="ace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699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74E30" id="ace334" o:spid="_x0000_s1026" style="position:absolute;margin-left:72.95pt;margin-top:312.7pt;width:.1pt;height:3.7pt;z-index:2516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" path="m,l1000,1000e" filled="f" strokecolor="#79dede" strokeweight="1.5pt">
                <v:path arrowok="t" o:connecttype="custom" o:connectlocs="0,0;1270,4699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6C28518" wp14:editId="5F78ADD4">
                <wp:simplePos x="0" y="0"/>
                <wp:positionH relativeFrom="page">
                  <wp:posOffset>760095</wp:posOffset>
                </wp:positionH>
                <wp:positionV relativeFrom="page">
                  <wp:posOffset>3936365</wp:posOffset>
                </wp:positionV>
                <wp:extent cx="43815" cy="1270"/>
                <wp:effectExtent l="12700" t="12700" r="6985" b="24130"/>
                <wp:wrapNone/>
                <wp:docPr id="404352518" name="ace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806EF" id="ace336" o:spid="_x0000_s1026" style="position:absolute;margin-left:59.85pt;margin-top:309.95pt;width:3.45pt;height:.1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" path="m,l1000,1000e" filled="f" strokecolor="#79dede" strokeweight="1.5pt">
                <v:path arrowok="t" o:connecttype="custom" o:connectlocs="0,0;43815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33B17C20" wp14:editId="3AF3B6DC">
                <wp:simplePos x="0" y="0"/>
                <wp:positionH relativeFrom="page">
                  <wp:posOffset>961390</wp:posOffset>
                </wp:positionH>
                <wp:positionV relativeFrom="page">
                  <wp:posOffset>3936365</wp:posOffset>
                </wp:positionV>
                <wp:extent cx="46990" cy="1270"/>
                <wp:effectExtent l="12700" t="12700" r="16510" b="24130"/>
                <wp:wrapNone/>
                <wp:docPr id="751422041" name="ace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9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A6442" id="ace338" o:spid="_x0000_s1026" style="position:absolute;margin-left:75.7pt;margin-top:309.95pt;width:3.7pt;height:.1pt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" path="m,l1000,1000e" filled="f" strokecolor="#79dede" strokeweight="1.5pt">
                <v:path arrowok="t" o:connecttype="custom" o:connectlocs="0,0;4699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02784" behindDoc="0" locked="0" layoutInCell="1" allowOverlap="1" wp14:anchorId="32BAEA98" wp14:editId="47C6866F">
                <wp:simplePos x="0" y="0"/>
                <wp:positionH relativeFrom="page">
                  <wp:posOffset>824230</wp:posOffset>
                </wp:positionH>
                <wp:positionV relativeFrom="page">
                  <wp:posOffset>3857625</wp:posOffset>
                </wp:positionV>
                <wp:extent cx="116840" cy="87630"/>
                <wp:effectExtent l="0" t="0" r="10160" b="1270"/>
                <wp:wrapNone/>
                <wp:docPr id="545069724" name="ace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840" cy="8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49303" w14:textId="77777777" w:rsidR="0094514B" w:rsidRDefault="00000000">
                            <w:pPr>
                              <w:spacing w:after="0" w:line="106" w:lineRule="exact"/>
                              <w:jc w:val="center"/>
                            </w:pPr>
                            <w:r>
                              <w:rPr>
                                <w:b/>
                                <w:color w:val="79DEDE"/>
                                <w:sz w:val="9"/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AEA98" id="ace339" o:spid="_x0000_s1077" style="position:absolute;margin-left:64.9pt;margin-top:303.75pt;width:9.2pt;height:6.9pt;z-index: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78549303" w14:textId="77777777" w:rsidR="0094514B" w:rsidRDefault="00000000">
                      <w:pPr>
                        <w:spacing w:after="0" w:line="106" w:lineRule="exact"/>
                        <w:jc w:val="center"/>
                      </w:pPr>
                      <w:r>
                        <w:rPr>
                          <w:b/>
                          <w:color w:val="79DEDE"/>
                          <w:sz w:val="9"/>
                        </w:rPr>
                        <w:t>AI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03808" behindDoc="0" locked="0" layoutInCell="1" allowOverlap="1" wp14:anchorId="26203987" wp14:editId="3D4BA46B">
                <wp:simplePos x="0" y="0"/>
                <wp:positionH relativeFrom="page">
                  <wp:posOffset>520700</wp:posOffset>
                </wp:positionH>
                <wp:positionV relativeFrom="page">
                  <wp:posOffset>4152900</wp:posOffset>
                </wp:positionV>
                <wp:extent cx="736600" cy="317500"/>
                <wp:effectExtent l="0" t="0" r="0" b="0"/>
                <wp:wrapNone/>
                <wp:docPr id="16727972" name="ace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A631F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Clinical</w:t>
                            </w:r>
                          </w:p>
                          <w:p w14:paraId="4049489F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NLP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03987" id="ace340" o:spid="_x0000_s1078" style="position:absolute;margin-left:41pt;margin-top:327pt;width:58pt;height:25pt;z-index:25170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05CA631F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Clinical</w:t>
                      </w:r>
                    </w:p>
                    <w:p w14:paraId="4049489F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NLP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9EF7570" wp14:editId="127917FE">
                <wp:simplePos x="0" y="0"/>
                <wp:positionH relativeFrom="page">
                  <wp:posOffset>1282700</wp:posOffset>
                </wp:positionH>
                <wp:positionV relativeFrom="page">
                  <wp:posOffset>4051300</wp:posOffset>
                </wp:positionV>
                <wp:extent cx="63500" cy="1270"/>
                <wp:effectExtent l="0" t="0" r="12700" b="24130"/>
                <wp:wrapNone/>
                <wp:docPr id="644129850" name="ace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FEB98" id="ace342" o:spid="_x0000_s1026" style="position:absolute;margin-left:101pt;margin-top:319pt;width:5pt;height:.1pt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" path="m,l1000,1000e" filled="f" strokecolor="#79dede" strokeweight="1pt">
                <v:path arrowok="t" o:connecttype="custom" o:connectlocs="0,0;63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A9A17A1" wp14:editId="148969B6">
                <wp:simplePos x="0" y="0"/>
                <wp:positionH relativeFrom="page">
                  <wp:posOffset>1346200</wp:posOffset>
                </wp:positionH>
                <wp:positionV relativeFrom="page">
                  <wp:posOffset>3670300</wp:posOffset>
                </wp:positionV>
                <wp:extent cx="787400" cy="812800"/>
                <wp:effectExtent l="0" t="0" r="0" b="0"/>
                <wp:wrapNone/>
                <wp:docPr id="1112824695" name="ace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812800"/>
                        </a:xfrm>
                        <a:prstGeom prst="rect">
                          <a:avLst/>
                        </a:prstGeom>
                        <a:solidFill>
                          <a:srgbClr val="204A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7DB4E" id="ace343" o:spid="_x0000_s1026" style="position:absolute;margin-left:106pt;margin-top:289pt;width:62pt;height:64pt;z-index:25170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" fillcolor="#204a6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6A92602" wp14:editId="52241216">
                <wp:simplePos x="0" y="0"/>
                <wp:positionH relativeFrom="page">
                  <wp:posOffset>1610995</wp:posOffset>
                </wp:positionH>
                <wp:positionV relativeFrom="page">
                  <wp:posOffset>3804920</wp:posOffset>
                </wp:positionV>
                <wp:extent cx="69850" cy="87630"/>
                <wp:effectExtent l="12700" t="12700" r="19050" b="13970"/>
                <wp:wrapNone/>
                <wp:docPr id="2068928036" name="ace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0" cy="8763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95895" id="ace345" o:spid="_x0000_s1026" style="position:absolute;margin-left:126.85pt;margin-top:299.6pt;width:5.5pt;height:6.9pt;z-index:2517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" path="m,1000l1000,e" filled="f" strokecolor="#79dede" strokeweight="1.5pt">
                <v:path arrowok="t" o:connecttype="custom" o:connectlocs="0,87630;6985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CD6BD78" wp14:editId="652F7883">
                <wp:simplePos x="0" y="0"/>
                <wp:positionH relativeFrom="page">
                  <wp:posOffset>1610995</wp:posOffset>
                </wp:positionH>
                <wp:positionV relativeFrom="page">
                  <wp:posOffset>3892550</wp:posOffset>
                </wp:positionV>
                <wp:extent cx="69850" cy="87630"/>
                <wp:effectExtent l="12700" t="12700" r="19050" b="13970"/>
                <wp:wrapNone/>
                <wp:docPr id="26110283" name="ace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0" cy="8763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D0EF1" id="ace347" o:spid="_x0000_s1026" style="position:absolute;margin-left:126.85pt;margin-top:306.5pt;width:5.5pt;height:6.9pt;z-index:2517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" path="m,l1000,1000e" filled="f" strokecolor="#79dede" strokeweight="1.5pt">
                <v:path arrowok="t" o:connecttype="custom" o:connectlocs="0,0;69850,8763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92F2436" wp14:editId="508D17AA">
                <wp:simplePos x="0" y="0"/>
                <wp:positionH relativeFrom="page">
                  <wp:posOffset>1786255</wp:posOffset>
                </wp:positionH>
                <wp:positionV relativeFrom="page">
                  <wp:posOffset>3804920</wp:posOffset>
                </wp:positionV>
                <wp:extent cx="69850" cy="87630"/>
                <wp:effectExtent l="12700" t="12700" r="19050" b="13970"/>
                <wp:wrapNone/>
                <wp:docPr id="1969759511" name="ace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0" cy="8763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C01B" id="ace349" o:spid="_x0000_s1026" style="position:absolute;margin-left:140.65pt;margin-top:299.6pt;width:5.5pt;height:6.9pt;z-index:2517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" path="m,l1000,1000e" filled="f" strokecolor="#79dede" strokeweight="1.5pt">
                <v:path arrowok="t" o:connecttype="custom" o:connectlocs="0,0;69850,8763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FD1ABC0" wp14:editId="39B6BA2B">
                <wp:simplePos x="0" y="0"/>
                <wp:positionH relativeFrom="page">
                  <wp:posOffset>1786255</wp:posOffset>
                </wp:positionH>
                <wp:positionV relativeFrom="page">
                  <wp:posOffset>3892550</wp:posOffset>
                </wp:positionV>
                <wp:extent cx="69850" cy="87630"/>
                <wp:effectExtent l="12700" t="12700" r="19050" b="13970"/>
                <wp:wrapNone/>
                <wp:docPr id="1844156023" name="ace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0" cy="8763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DFD6A" id="ace351" o:spid="_x0000_s1026" style="position:absolute;margin-left:140.65pt;margin-top:306.5pt;width:5.5pt;height:6.9pt;z-index:2517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" path="m,1000l1000,e" filled="f" strokecolor="#79dede" strokeweight="1.5pt">
                <v:path arrowok="t" o:connecttype="custom" o:connectlocs="0,87630;6985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210E029" wp14:editId="4C7444E2">
                <wp:simplePos x="0" y="0"/>
                <wp:positionH relativeFrom="page">
                  <wp:posOffset>1710055</wp:posOffset>
                </wp:positionH>
                <wp:positionV relativeFrom="page">
                  <wp:posOffset>3787140</wp:posOffset>
                </wp:positionV>
                <wp:extent cx="49530" cy="210185"/>
                <wp:effectExtent l="12700" t="12700" r="13970" b="18415"/>
                <wp:wrapNone/>
                <wp:docPr id="1764741202" name="ace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" cy="210185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0F10E" id="ace353" o:spid="_x0000_s1026" style="position:absolute;margin-left:134.65pt;margin-top:298.2pt;width:3.9pt;height:16.55pt;z-index:2517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" path="m,1000l1000,e" filled="f" strokecolor="#79dede" strokeweight="1.5pt">
                <v:path arrowok="t" o:connecttype="custom" o:connectlocs="0,210185;4953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12000" behindDoc="0" locked="0" layoutInCell="1" allowOverlap="1" wp14:anchorId="23837097" wp14:editId="04830635">
                <wp:simplePos x="0" y="0"/>
                <wp:positionH relativeFrom="page">
                  <wp:posOffset>1371600</wp:posOffset>
                </wp:positionH>
                <wp:positionV relativeFrom="page">
                  <wp:posOffset>4152900</wp:posOffset>
                </wp:positionV>
                <wp:extent cx="736600" cy="317500"/>
                <wp:effectExtent l="0" t="0" r="0" b="0"/>
                <wp:wrapNone/>
                <wp:docPr id="1455597038" name="ace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465A8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Coding</w:t>
                            </w:r>
                          </w:p>
                          <w:p w14:paraId="395CAF08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Agents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37097" id="ace354" o:spid="_x0000_s1079" style="position:absolute;margin-left:108pt;margin-top:327pt;width:58pt;height:25pt;z-index:2517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322465A8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Coding</w:t>
                      </w:r>
                    </w:p>
                    <w:p w14:paraId="395CAF08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Agents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191DF52" wp14:editId="44310BE1">
                <wp:simplePos x="0" y="0"/>
                <wp:positionH relativeFrom="page">
                  <wp:posOffset>2133600</wp:posOffset>
                </wp:positionH>
                <wp:positionV relativeFrom="page">
                  <wp:posOffset>4051300</wp:posOffset>
                </wp:positionV>
                <wp:extent cx="63500" cy="1270"/>
                <wp:effectExtent l="0" t="0" r="12700" b="24130"/>
                <wp:wrapNone/>
                <wp:docPr id="416272818" name="ace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8A0AC" id="ace356" o:spid="_x0000_s1026" style="position:absolute;margin-left:168pt;margin-top:319pt;width:5pt;height:.1pt;z-index:2517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" path="m,l1000,1000e" filled="f" strokecolor="#79dede" strokeweight="1pt">
                <v:path arrowok="t" o:connecttype="custom" o:connectlocs="0,0;63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8A18E55" wp14:editId="58DE1351">
                <wp:simplePos x="0" y="0"/>
                <wp:positionH relativeFrom="page">
                  <wp:posOffset>2197100</wp:posOffset>
                </wp:positionH>
                <wp:positionV relativeFrom="page">
                  <wp:posOffset>3670300</wp:posOffset>
                </wp:positionV>
                <wp:extent cx="787400" cy="812800"/>
                <wp:effectExtent l="0" t="0" r="0" b="0"/>
                <wp:wrapNone/>
                <wp:docPr id="986528028" name="ace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812800"/>
                        </a:xfrm>
                        <a:prstGeom prst="rect">
                          <a:avLst/>
                        </a:prstGeom>
                        <a:solidFill>
                          <a:srgbClr val="204A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0F682" id="ace357" o:spid="_x0000_s1026" style="position:absolute;margin-left:173pt;margin-top:289pt;width:62pt;height:64pt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" fillcolor="#204a6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A97EC5B" wp14:editId="11534869">
                <wp:simplePos x="0" y="0"/>
                <wp:positionH relativeFrom="page">
                  <wp:posOffset>2493645</wp:posOffset>
                </wp:positionH>
                <wp:positionV relativeFrom="page">
                  <wp:posOffset>3769995</wp:posOffset>
                </wp:positionV>
                <wp:extent cx="172085" cy="239395"/>
                <wp:effectExtent l="0" t="0" r="18415" b="14605"/>
                <wp:wrapNone/>
                <wp:docPr id="910102097" name="ace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085" cy="239395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79DED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5B6FA" id="ace358" o:spid="_x0000_s1026" style="position:absolute;margin-left:196.35pt;margin-top:296.85pt;width:13.55pt;height:18.85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" filled="f" strokecolor="#79ded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430DA675" wp14:editId="7DB7A6D3">
                <wp:simplePos x="0" y="0"/>
                <wp:positionH relativeFrom="page">
                  <wp:posOffset>2526030</wp:posOffset>
                </wp:positionH>
                <wp:positionV relativeFrom="page">
                  <wp:posOffset>3834130</wp:posOffset>
                </wp:positionV>
                <wp:extent cx="105410" cy="1270"/>
                <wp:effectExtent l="12700" t="12700" r="8890" b="24130"/>
                <wp:wrapNone/>
                <wp:docPr id="1906093397" name="ace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6D04B" id="ace360" o:spid="_x0000_s1026" style="position:absolute;margin-left:198.9pt;margin-top:301.9pt;width:8.3pt;height:.1pt;z-index:2517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" path="m,l1000,1000e" filled="f" strokecolor="#79dede" strokeweight="1.5pt">
                <v:path arrowok="t" o:connecttype="custom" o:connectlocs="0,0;10541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987E212" wp14:editId="3CF871EE">
                <wp:simplePos x="0" y="0"/>
                <wp:positionH relativeFrom="page">
                  <wp:posOffset>2526030</wp:posOffset>
                </wp:positionH>
                <wp:positionV relativeFrom="page">
                  <wp:posOffset>3874770</wp:posOffset>
                </wp:positionV>
                <wp:extent cx="105410" cy="1270"/>
                <wp:effectExtent l="12700" t="12700" r="8890" b="24130"/>
                <wp:wrapNone/>
                <wp:docPr id="1411406587" name="ace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94CCC" id="ace362" o:spid="_x0000_s1026" style="position:absolute;margin-left:198.9pt;margin-top:305.1pt;width:8.3pt;height:.1pt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" path="m,l1000,1000e" filled="f" strokecolor="#79dede" strokeweight="1.5pt">
                <v:path arrowok="t" o:connecttype="custom" o:connectlocs="0,0;10541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2378371" wp14:editId="46BA4092">
                <wp:simplePos x="0" y="0"/>
                <wp:positionH relativeFrom="page">
                  <wp:posOffset>2526030</wp:posOffset>
                </wp:positionH>
                <wp:positionV relativeFrom="page">
                  <wp:posOffset>3916045</wp:posOffset>
                </wp:positionV>
                <wp:extent cx="105410" cy="1270"/>
                <wp:effectExtent l="12700" t="12700" r="8890" b="24130"/>
                <wp:wrapNone/>
                <wp:docPr id="1004854913" name="ace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F6454" id="ace364" o:spid="_x0000_s1026" style="position:absolute;margin-left:198.9pt;margin-top:308.35pt;width:8.3pt;height:.1pt;z-index:2517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" path="m,l1000,1000e" filled="f" strokecolor="#79dede" strokeweight="1.5pt">
                <v:path arrowok="t" o:connecttype="custom" o:connectlocs="0,0;10541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19168" behindDoc="0" locked="0" layoutInCell="1" allowOverlap="1" wp14:anchorId="724BF58E" wp14:editId="67184497">
                <wp:simplePos x="0" y="0"/>
                <wp:positionH relativeFrom="page">
                  <wp:posOffset>2222500</wp:posOffset>
                </wp:positionH>
                <wp:positionV relativeFrom="page">
                  <wp:posOffset>4152900</wp:posOffset>
                </wp:positionV>
                <wp:extent cx="736600" cy="317500"/>
                <wp:effectExtent l="0" t="0" r="0" b="0"/>
                <wp:wrapNone/>
                <wp:docPr id="1104845555" name="ace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4CBEDE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Rules &amp;</w:t>
                            </w:r>
                          </w:p>
                          <w:p w14:paraId="60431307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Policy Engine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BF58E" id="ace365" o:spid="_x0000_s1080" style="position:absolute;margin-left:175pt;margin-top:327pt;width:58pt;height:25pt;z-index:2517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094CBEDE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Rules &amp;</w:t>
                      </w:r>
                    </w:p>
                    <w:p w14:paraId="60431307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Policy Engine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90C4660" wp14:editId="56F48B78">
                <wp:simplePos x="0" y="0"/>
                <wp:positionH relativeFrom="page">
                  <wp:posOffset>2984500</wp:posOffset>
                </wp:positionH>
                <wp:positionV relativeFrom="page">
                  <wp:posOffset>4051300</wp:posOffset>
                </wp:positionV>
                <wp:extent cx="63500" cy="1270"/>
                <wp:effectExtent l="0" t="0" r="12700" b="24130"/>
                <wp:wrapNone/>
                <wp:docPr id="344357900" name="ace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5DB9B" id="ace367" o:spid="_x0000_s1026" style="position:absolute;margin-left:235pt;margin-top:319pt;width:5pt;height:.1pt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" path="m,l1000,1000e" filled="f" strokecolor="#79dede" strokeweight="1pt">
                <v:path arrowok="t" o:connecttype="custom" o:connectlocs="0,0;63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7E975614" wp14:editId="0ECE3527">
                <wp:simplePos x="0" y="0"/>
                <wp:positionH relativeFrom="page">
                  <wp:posOffset>3048000</wp:posOffset>
                </wp:positionH>
                <wp:positionV relativeFrom="page">
                  <wp:posOffset>3670300</wp:posOffset>
                </wp:positionV>
                <wp:extent cx="787400" cy="812800"/>
                <wp:effectExtent l="0" t="0" r="0" b="0"/>
                <wp:wrapNone/>
                <wp:docPr id="719252806" name="ace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812800"/>
                        </a:xfrm>
                        <a:prstGeom prst="rect">
                          <a:avLst/>
                        </a:prstGeom>
                        <a:solidFill>
                          <a:srgbClr val="204A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27AFC" id="ace368" o:spid="_x0000_s1026" style="position:absolute;margin-left:240pt;margin-top:289pt;width:62pt;height:64pt;z-index:2517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" fillcolor="#204a6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7D9E4A0" wp14:editId="1D247E3B">
                <wp:simplePos x="0" y="0"/>
                <wp:positionH relativeFrom="page">
                  <wp:posOffset>3397250</wp:posOffset>
                </wp:positionH>
                <wp:positionV relativeFrom="page">
                  <wp:posOffset>3757930</wp:posOffset>
                </wp:positionV>
                <wp:extent cx="76200" cy="76200"/>
                <wp:effectExtent l="0" t="0" r="12700" b="12700"/>
                <wp:wrapNone/>
                <wp:docPr id="246125695" name="ace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EE0732" id="ace369" o:spid="_x0000_s1026" style="position:absolute;margin-left:267.5pt;margin-top:295.9pt;width:6pt;height:6pt;z-index:2517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" filled="f" strokecolor="#79ded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1C0B6870" wp14:editId="7CB263B4">
                <wp:simplePos x="0" y="0"/>
                <wp:positionH relativeFrom="page">
                  <wp:posOffset>3435350</wp:posOffset>
                </wp:positionH>
                <wp:positionV relativeFrom="page">
                  <wp:posOffset>3834130</wp:posOffset>
                </wp:positionV>
                <wp:extent cx="1270" cy="58420"/>
                <wp:effectExtent l="12700" t="12700" r="24130" b="17780"/>
                <wp:wrapNone/>
                <wp:docPr id="1893375542" name="ace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84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3957E" id="ace371" o:spid="_x0000_s1026" style="position:absolute;margin-left:270.5pt;margin-top:301.9pt;width:.1pt;height:4.6pt;z-index:25172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" path="m,l1000,1000e" filled="f" strokecolor="#79dede" strokeweight="1.5pt">
                <v:path arrowok="t" o:connecttype="custom" o:connectlocs="0,0;1270,584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62A7FA7B" wp14:editId="614137E5">
                <wp:simplePos x="0" y="0"/>
                <wp:positionH relativeFrom="page">
                  <wp:posOffset>3344545</wp:posOffset>
                </wp:positionH>
                <wp:positionV relativeFrom="page">
                  <wp:posOffset>3892550</wp:posOffset>
                </wp:positionV>
                <wp:extent cx="180975" cy="1270"/>
                <wp:effectExtent l="12700" t="12700" r="9525" b="24130"/>
                <wp:wrapNone/>
                <wp:docPr id="1763815938" name="ace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BA0B3" id="ace373" o:spid="_x0000_s1026" style="position:absolute;margin-left:263.35pt;margin-top:306.5pt;width:14.25pt;height:.1pt;z-index:2517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" path="m,l1000,1000e" filled="f" strokecolor="#79dede" strokeweight="1.5pt">
                <v:path arrowok="t" o:connecttype="custom" o:connectlocs="0,0;180975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1E0A25A8" wp14:editId="0653733B">
                <wp:simplePos x="0" y="0"/>
                <wp:positionH relativeFrom="page">
                  <wp:posOffset>3344545</wp:posOffset>
                </wp:positionH>
                <wp:positionV relativeFrom="page">
                  <wp:posOffset>3892550</wp:posOffset>
                </wp:positionV>
                <wp:extent cx="1270" cy="58420"/>
                <wp:effectExtent l="12700" t="12700" r="24130" b="17780"/>
                <wp:wrapNone/>
                <wp:docPr id="12430716" name="ace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84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4731E" id="ace375" o:spid="_x0000_s1026" style="position:absolute;margin-left:263.35pt;margin-top:306.5pt;width:.1pt;height:4.6pt;z-index:2517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" path="m,l1000,1000e" filled="f" strokecolor="#79dede" strokeweight="1.5pt">
                <v:path arrowok="t" o:connecttype="custom" o:connectlocs="0,0;1270,584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4A783FB4" wp14:editId="0230A8BF">
                <wp:simplePos x="0" y="0"/>
                <wp:positionH relativeFrom="page">
                  <wp:posOffset>3526155</wp:posOffset>
                </wp:positionH>
                <wp:positionV relativeFrom="page">
                  <wp:posOffset>3892550</wp:posOffset>
                </wp:positionV>
                <wp:extent cx="1270" cy="58420"/>
                <wp:effectExtent l="12700" t="12700" r="24130" b="17780"/>
                <wp:wrapNone/>
                <wp:docPr id="2106701756" name="ace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84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0E007" id="ace377" o:spid="_x0000_s1026" style="position:absolute;margin-left:277.65pt;margin-top:306.5pt;width:.1pt;height:4.6pt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" path="m,l1000,1000e" filled="f" strokecolor="#79dede" strokeweight="1.5pt">
                <v:path arrowok="t" o:connecttype="custom" o:connectlocs="0,0;1270,584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1FC65E63" wp14:editId="181FBBE2">
                <wp:simplePos x="0" y="0"/>
                <wp:positionH relativeFrom="page">
                  <wp:posOffset>3303905</wp:posOffset>
                </wp:positionH>
                <wp:positionV relativeFrom="page">
                  <wp:posOffset>3959860</wp:posOffset>
                </wp:positionV>
                <wp:extent cx="81915" cy="64135"/>
                <wp:effectExtent l="0" t="0" r="6985" b="12065"/>
                <wp:wrapNone/>
                <wp:docPr id="639574722" name="ace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915" cy="64135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79DED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0A859" id="ace378" o:spid="_x0000_s1026" style="position:absolute;margin-left:260.15pt;margin-top:311.8pt;width:6.45pt;height:5.05pt;z-index:2517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" filled="f" strokecolor="#79ded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4779543" wp14:editId="4AA5DBBE">
                <wp:simplePos x="0" y="0"/>
                <wp:positionH relativeFrom="page">
                  <wp:posOffset>3484880</wp:posOffset>
                </wp:positionH>
                <wp:positionV relativeFrom="page">
                  <wp:posOffset>3959860</wp:posOffset>
                </wp:positionV>
                <wp:extent cx="81915" cy="64135"/>
                <wp:effectExtent l="0" t="0" r="6985" b="12065"/>
                <wp:wrapNone/>
                <wp:docPr id="172245384" name="ace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915" cy="64135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79DED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41AF9" id="ace379" o:spid="_x0000_s1026" style="position:absolute;margin-left:274.4pt;margin-top:311.8pt;width:6.45pt;height:5.05pt;z-index:2517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" filled="f" strokecolor="#79ded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29408" behindDoc="0" locked="0" layoutInCell="1" allowOverlap="1" wp14:anchorId="57EBEEE6" wp14:editId="1138D675">
                <wp:simplePos x="0" y="0"/>
                <wp:positionH relativeFrom="page">
                  <wp:posOffset>3073400</wp:posOffset>
                </wp:positionH>
                <wp:positionV relativeFrom="page">
                  <wp:posOffset>4152900</wp:posOffset>
                </wp:positionV>
                <wp:extent cx="736600" cy="317500"/>
                <wp:effectExtent l="0" t="0" r="0" b="0"/>
                <wp:wrapNone/>
                <wp:docPr id="1143637444" name="ace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91B7E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Confidence</w:t>
                            </w:r>
                          </w:p>
                          <w:p w14:paraId="1A909ACD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Engine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BEEE6" id="ace380" o:spid="_x0000_s1081" style="position:absolute;margin-left:242pt;margin-top:327pt;width:58pt;height:25pt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48A91B7E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Confidence</w:t>
                      </w:r>
                    </w:p>
                    <w:p w14:paraId="1A909ACD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Engine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4C88055E" wp14:editId="1942D033">
                <wp:simplePos x="0" y="0"/>
                <wp:positionH relativeFrom="page">
                  <wp:posOffset>3835400</wp:posOffset>
                </wp:positionH>
                <wp:positionV relativeFrom="page">
                  <wp:posOffset>4051300</wp:posOffset>
                </wp:positionV>
                <wp:extent cx="63500" cy="1270"/>
                <wp:effectExtent l="0" t="0" r="12700" b="24130"/>
                <wp:wrapNone/>
                <wp:docPr id="1959358080" name="ace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3B682" id="ace382" o:spid="_x0000_s1026" style="position:absolute;margin-left:302pt;margin-top:319pt;width:5pt;height:.1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" path="m,l1000,1000e" filled="f" strokecolor="#79dede" strokeweight="1pt">
                <v:path arrowok="t" o:connecttype="custom" o:connectlocs="0,0;635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33A0154" wp14:editId="5351D452">
                <wp:simplePos x="0" y="0"/>
                <wp:positionH relativeFrom="page">
                  <wp:posOffset>3898900</wp:posOffset>
                </wp:positionH>
                <wp:positionV relativeFrom="page">
                  <wp:posOffset>3670300</wp:posOffset>
                </wp:positionV>
                <wp:extent cx="787400" cy="812800"/>
                <wp:effectExtent l="0" t="0" r="0" b="0"/>
                <wp:wrapNone/>
                <wp:docPr id="1003181492" name="ace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812800"/>
                        </a:xfrm>
                        <a:prstGeom prst="rect">
                          <a:avLst/>
                        </a:prstGeom>
                        <a:solidFill>
                          <a:srgbClr val="204A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55333" id="ace383" o:spid="_x0000_s1026" style="position:absolute;margin-left:307pt;margin-top:289pt;width:62pt;height:64pt;z-index:2517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" fillcolor="#204a6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54B41B5" wp14:editId="33247028">
                <wp:simplePos x="0" y="0"/>
                <wp:positionH relativeFrom="page">
                  <wp:posOffset>4239260</wp:posOffset>
                </wp:positionH>
                <wp:positionV relativeFrom="page">
                  <wp:posOffset>3761105</wp:posOffset>
                </wp:positionV>
                <wp:extent cx="93345" cy="93345"/>
                <wp:effectExtent l="0" t="0" r="8255" b="8255"/>
                <wp:wrapNone/>
                <wp:docPr id="517491746" name="ace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9FF7B4" id="ace384" o:spid="_x0000_s1026" style="position:absolute;margin-left:333.8pt;margin-top:296.15pt;width:7.35pt;height:7.35pt;z-index:2517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" filled="f" strokecolor="#79ded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7EF793D" wp14:editId="590AD04E">
                <wp:simplePos x="0" y="0"/>
                <wp:positionH relativeFrom="page">
                  <wp:posOffset>4187190</wp:posOffset>
                </wp:positionH>
                <wp:positionV relativeFrom="page">
                  <wp:posOffset>3892550</wp:posOffset>
                </wp:positionV>
                <wp:extent cx="198755" cy="116840"/>
                <wp:effectExtent l="0" t="0" r="17145" b="10160"/>
                <wp:wrapNone/>
                <wp:docPr id="297193055" name="ace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755" cy="116840"/>
                        </a:xfrm>
                        <a:prstGeom prst="roundRect">
                          <a:avLst>
                            <a:gd name="adj" fmla="val 20000"/>
                          </a:avLst>
                        </a:prstGeom>
                        <a:noFill/>
                        <a:ln w="889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0B658D" id="ace385" o:spid="_x0000_s1026" style="position:absolute;margin-left:329.7pt;margin-top:306.5pt;width:15.65pt;height:9.2pt;z-index:2517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107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" filled="f" strokecolor="#79dede" strokeweight=".7pt">
                <v:path arrowok="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EE6348E" wp14:editId="307AD480">
                <wp:simplePos x="0" y="0"/>
                <wp:positionH relativeFrom="page">
                  <wp:posOffset>4286250</wp:posOffset>
                </wp:positionH>
                <wp:positionV relativeFrom="page">
                  <wp:posOffset>3921760</wp:posOffset>
                </wp:positionV>
                <wp:extent cx="1270" cy="58420"/>
                <wp:effectExtent l="12700" t="12700" r="24130" b="17780"/>
                <wp:wrapNone/>
                <wp:docPr id="1421802308" name="ace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84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9DE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C2314" id="ace387" o:spid="_x0000_s1026" style="position:absolute;margin-left:337.5pt;margin-top:308.8pt;width:.1pt;height:4.6pt;z-index:2517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" path="m,l1000,1000e" filled="f" strokecolor="#79dede" strokeweight="1.5pt">
                <v:path arrowok="t" o:connecttype="custom" o:connectlocs="0,0;1270,584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35552" behindDoc="0" locked="0" layoutInCell="1" allowOverlap="1" wp14:anchorId="7336ECB7" wp14:editId="1D242DDB">
                <wp:simplePos x="0" y="0"/>
                <wp:positionH relativeFrom="page">
                  <wp:posOffset>3924300</wp:posOffset>
                </wp:positionH>
                <wp:positionV relativeFrom="page">
                  <wp:posOffset>4152900</wp:posOffset>
                </wp:positionV>
                <wp:extent cx="736600" cy="317500"/>
                <wp:effectExtent l="0" t="0" r="0" b="0"/>
                <wp:wrapNone/>
                <wp:docPr id="1563705515" name="ace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3A386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Human Review</w:t>
                            </w:r>
                          </w:p>
                          <w:p w14:paraId="2B154477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Workbench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6ECB7" id="ace388" o:spid="_x0000_s1082" style="position:absolute;margin-left:309pt;margin-top:327pt;width:58pt;height:2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6F33A386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Human Review</w:t>
                      </w:r>
                    </w:p>
                    <w:p w14:paraId="2B154477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Workbench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0FFFEA53" wp14:editId="67CD3BBB">
                <wp:simplePos x="0" y="0"/>
                <wp:positionH relativeFrom="page">
                  <wp:posOffset>1003300</wp:posOffset>
                </wp:positionH>
                <wp:positionV relativeFrom="page">
                  <wp:posOffset>4673600</wp:posOffset>
                </wp:positionV>
                <wp:extent cx="152400" cy="127000"/>
                <wp:effectExtent l="0" t="0" r="0" b="0"/>
                <wp:wrapNone/>
                <wp:docPr id="403086460" name="ace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27000"/>
                        </a:xfrm>
                        <a:custGeom>
                          <a:avLst/>
                          <a:gdLst>
                            <a:gd name="T0" fmla="*/ 300 w 1000"/>
                            <a:gd name="T1" fmla="*/ 0 h 1000"/>
                            <a:gd name="T2" fmla="*/ 700 w 1000"/>
                            <a:gd name="T3" fmla="*/ 0 h 1000"/>
                            <a:gd name="T4" fmla="*/ 700 w 1000"/>
                            <a:gd name="T5" fmla="*/ 650 h 1000"/>
                            <a:gd name="T6" fmla="*/ 1000 w 1000"/>
                            <a:gd name="T7" fmla="*/ 650 h 1000"/>
                            <a:gd name="T8" fmla="*/ 500 w 1000"/>
                            <a:gd name="T9" fmla="*/ 1000 h 1000"/>
                            <a:gd name="T10" fmla="*/ 0 w 1000"/>
                            <a:gd name="T11" fmla="*/ 650 h 1000"/>
                            <a:gd name="T12" fmla="*/ 300 w 1000"/>
                            <a:gd name="T13" fmla="*/ 65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300" y="0"/>
                              </a:moveTo>
                              <a:lnTo>
                                <a:pt x="700" y="0"/>
                              </a:lnTo>
                              <a:lnTo>
                                <a:pt x="700" y="650"/>
                              </a:lnTo>
                              <a:lnTo>
                                <a:pt x="1000" y="650"/>
                              </a:lnTo>
                              <a:lnTo>
                                <a:pt x="500" y="1000"/>
                              </a:lnTo>
                              <a:lnTo>
                                <a:pt x="0" y="650"/>
                              </a:lnTo>
                              <a:lnTo>
                                <a:pt x="300" y="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59B47" id="ace389" o:spid="_x0000_s1026" style="position:absolute;margin-left:79pt;margin-top:368pt;width:12pt;height:10pt;z-index: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" path="m300,l700,r,650l1000,650,500,1000,,650r300,l300,xe" fillcolor="#008c98" stroked="f" strokecolor="white" strokeweight=".7pt">
                <v:path arrowok="t" o:connecttype="custom" o:connectlocs="45720,0;106680,0;106680,82550;152400,82550;76200,127000;0,82550;45720,8255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7795D02" wp14:editId="15F1FB08">
                <wp:simplePos x="0" y="0"/>
                <wp:positionH relativeFrom="page">
                  <wp:posOffset>381000</wp:posOffset>
                </wp:positionH>
                <wp:positionV relativeFrom="page">
                  <wp:posOffset>4826000</wp:posOffset>
                </wp:positionV>
                <wp:extent cx="1397000" cy="330200"/>
                <wp:effectExtent l="0" t="0" r="0" b="0"/>
                <wp:wrapNone/>
                <wp:docPr id="402637999" name="ace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3302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17055" id="ace390" o:spid="_x0000_s1026" style="position:absolute;margin-left:30pt;margin-top:380pt;width:110pt;height:26pt;z-index:2517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38624" behindDoc="0" locked="0" layoutInCell="1" allowOverlap="1" wp14:anchorId="7F382B8F" wp14:editId="28EBFBFF">
                <wp:simplePos x="0" y="0"/>
                <wp:positionH relativeFrom="page">
                  <wp:posOffset>406400</wp:posOffset>
                </wp:positionH>
                <wp:positionV relativeFrom="page">
                  <wp:posOffset>4927600</wp:posOffset>
                </wp:positionV>
                <wp:extent cx="1346200" cy="215900"/>
                <wp:effectExtent l="0" t="0" r="0" b="0"/>
                <wp:wrapNone/>
                <wp:docPr id="1172437865" name="ace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62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60825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Billing / Claims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82B8F" id="ace391" o:spid="_x0000_s1083" style="position:absolute;margin-left:32pt;margin-top:388pt;width:106pt;height:17pt;z-index:2517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44F60825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Billing / Claims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002F2076" wp14:editId="2AFCF289">
                <wp:simplePos x="0" y="0"/>
                <wp:positionH relativeFrom="page">
                  <wp:posOffset>1803400</wp:posOffset>
                </wp:positionH>
                <wp:positionV relativeFrom="page">
                  <wp:posOffset>4940300</wp:posOffset>
                </wp:positionV>
                <wp:extent cx="76200" cy="101600"/>
                <wp:effectExtent l="0" t="0" r="0" b="0"/>
                <wp:wrapNone/>
                <wp:docPr id="1517738971" name="ace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016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38C57" id="ace392" o:spid="_x0000_s1026" style="position:absolute;margin-left:142pt;margin-top:389pt;width:6pt;height:8pt;z-index:2517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" path="m,300r650,l650,r350,500l650,1000r,-300l,700,,300xe" fillcolor="#008c98" stroked="f" strokecolor="white" strokeweight=".7pt">
                <v:path arrowok="t" o:connecttype="custom" o:connectlocs="0,30480;49530,30480;49530,0;76200,50800;49530,101600;49530,71120;0,7112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44F136EE" wp14:editId="74D5236C">
                <wp:simplePos x="0" y="0"/>
                <wp:positionH relativeFrom="page">
                  <wp:posOffset>1905000</wp:posOffset>
                </wp:positionH>
                <wp:positionV relativeFrom="page">
                  <wp:posOffset>4826000</wp:posOffset>
                </wp:positionV>
                <wp:extent cx="1397000" cy="330200"/>
                <wp:effectExtent l="0" t="0" r="0" b="0"/>
                <wp:wrapNone/>
                <wp:docPr id="353191595" name="ace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3302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CD84B" id="ace393" o:spid="_x0000_s1026" style="position:absolute;margin-left:150pt;margin-top:380pt;width:110pt;height:26pt;z-index:2517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41696" behindDoc="0" locked="0" layoutInCell="1" allowOverlap="1" wp14:anchorId="2FBCD3B5" wp14:editId="7A1288C3">
                <wp:simplePos x="0" y="0"/>
                <wp:positionH relativeFrom="page">
                  <wp:posOffset>1930400</wp:posOffset>
                </wp:positionH>
                <wp:positionV relativeFrom="page">
                  <wp:posOffset>4927600</wp:posOffset>
                </wp:positionV>
                <wp:extent cx="1346200" cy="215900"/>
                <wp:effectExtent l="0" t="0" r="0" b="0"/>
                <wp:wrapNone/>
                <wp:docPr id="747278769" name="ace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62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BE6AC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Denials &amp; Appeals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CD3B5" id="ace394" o:spid="_x0000_s1084" style="position:absolute;margin-left:152pt;margin-top:388pt;width:106pt;height:17pt;z-index:2517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6B4BE6AC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Denials &amp; Appeals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415A204" wp14:editId="3CF552FD">
                <wp:simplePos x="0" y="0"/>
                <wp:positionH relativeFrom="page">
                  <wp:posOffset>3327400</wp:posOffset>
                </wp:positionH>
                <wp:positionV relativeFrom="page">
                  <wp:posOffset>4940300</wp:posOffset>
                </wp:positionV>
                <wp:extent cx="76200" cy="101600"/>
                <wp:effectExtent l="0" t="0" r="0" b="0"/>
                <wp:wrapNone/>
                <wp:docPr id="1031322323" name="ace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016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B2628" id="ace395" o:spid="_x0000_s1026" style="position:absolute;margin-left:262pt;margin-top:389pt;width:6pt;height:8pt;z-index:2517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" path="m,300r650,l650,r350,500l650,1000r,-300l,700,,300xe" fillcolor="#008c98" stroked="f" strokecolor="white" strokeweight=".7pt">
                <v:path arrowok="t" o:connecttype="custom" o:connectlocs="0,30480;49530,30480;49530,0;76200,50800;49530,101600;49530,71120;0,7112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2A7D7E17" wp14:editId="2B5B0B74">
                <wp:simplePos x="0" y="0"/>
                <wp:positionH relativeFrom="page">
                  <wp:posOffset>3429000</wp:posOffset>
                </wp:positionH>
                <wp:positionV relativeFrom="page">
                  <wp:posOffset>4826000</wp:posOffset>
                </wp:positionV>
                <wp:extent cx="1397000" cy="330200"/>
                <wp:effectExtent l="0" t="0" r="0" b="0"/>
                <wp:wrapNone/>
                <wp:docPr id="345638463" name="ace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3302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4B694" id="ace396" o:spid="_x0000_s1026" style="position:absolute;margin-left:270pt;margin-top:380pt;width:110pt;height:26pt;z-index:2517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44768" behindDoc="0" locked="0" layoutInCell="1" allowOverlap="1" wp14:anchorId="5ED32579" wp14:editId="655185F8">
                <wp:simplePos x="0" y="0"/>
                <wp:positionH relativeFrom="page">
                  <wp:posOffset>3454400</wp:posOffset>
                </wp:positionH>
                <wp:positionV relativeFrom="page">
                  <wp:posOffset>4927600</wp:posOffset>
                </wp:positionV>
                <wp:extent cx="1346200" cy="215900"/>
                <wp:effectExtent l="0" t="0" r="0" b="0"/>
                <wp:wrapNone/>
                <wp:docPr id="1706773228" name="ace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62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2C21A" w14:textId="77777777" w:rsidR="0094514B" w:rsidRDefault="00000000">
                            <w:pPr>
                              <w:spacing w:after="0" w:line="187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Analytics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32579" id="ace397" o:spid="_x0000_s1085" style="position:absolute;margin-left:272pt;margin-top:388pt;width:106pt;height:17pt;z-index: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" filled="f" stroked="f" strokecolor="white" strokeweight=".7pt">
                <v:path arrowok="t"/>
                <v:textbox inset="0,0,0,0">
                  <w:txbxContent>
                    <w:p w14:paraId="19F2C21A" w14:textId="77777777" w:rsidR="0094514B" w:rsidRDefault="00000000">
                      <w:pPr>
                        <w:spacing w:after="0" w:line="187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Analytics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038D7455" wp14:editId="64B4904E">
                <wp:simplePos x="0" y="0"/>
                <wp:positionH relativeFrom="page">
                  <wp:posOffset>4127500</wp:posOffset>
                </wp:positionH>
                <wp:positionV relativeFrom="page">
                  <wp:posOffset>5156200</wp:posOffset>
                </wp:positionV>
                <wp:extent cx="1270" cy="190500"/>
                <wp:effectExtent l="0" t="0" r="24130" b="12700"/>
                <wp:wrapNone/>
                <wp:docPr id="1760551126" name="ace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905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778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A900B" id="ace399" o:spid="_x0000_s1026" style="position:absolute;margin-left:325pt;margin-top:406pt;width:.1pt;height:15pt;z-index: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" path="m,l1000,1000e" filled="f" strokecolor="#008c98" strokeweight="1.4pt">
                <v:path arrowok="t" o:connecttype="custom" o:connectlocs="0,0;1270,1905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E10FFB6" wp14:editId="6D2EE13A">
                <wp:simplePos x="0" y="0"/>
                <wp:positionH relativeFrom="page">
                  <wp:posOffset>266700</wp:posOffset>
                </wp:positionH>
                <wp:positionV relativeFrom="page">
                  <wp:posOffset>5346700</wp:posOffset>
                </wp:positionV>
                <wp:extent cx="3860800" cy="1270"/>
                <wp:effectExtent l="0" t="0" r="12700" b="24130"/>
                <wp:wrapNone/>
                <wp:docPr id="1863493203" name="ace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080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778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C1AF2" id="ace401" o:spid="_x0000_s1026" style="position:absolute;margin-left:21pt;margin-top:421pt;width:304pt;height:.1pt;z-index: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" path="m,l1000,1000e" filled="f" strokecolor="#008c98" strokeweight="1.4pt">
                <v:path arrowok="t" o:connecttype="custom" o:connectlocs="0,0;386080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3A834E81" wp14:editId="5A677C02">
                <wp:simplePos x="0" y="0"/>
                <wp:positionH relativeFrom="page">
                  <wp:posOffset>266700</wp:posOffset>
                </wp:positionH>
                <wp:positionV relativeFrom="page">
                  <wp:posOffset>3898900</wp:posOffset>
                </wp:positionV>
                <wp:extent cx="1270" cy="1447800"/>
                <wp:effectExtent l="0" t="0" r="24130" b="12700"/>
                <wp:wrapNone/>
                <wp:docPr id="1286875045" name="ace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44780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7780">
                          <a:solidFill>
                            <a:srgbClr val="008C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6B2DC" id="ace403" o:spid="_x0000_s1026" style="position:absolute;margin-left:21pt;margin-top:307pt;width:.1pt;height:114pt;z-index:2517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" path="m,l1000,1000e" filled="f" strokecolor="#008c98" strokeweight="1.4pt">
                <v:path arrowok="t" o:connecttype="custom" o:connectlocs="0,0;1270,144780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4F0D4E10" wp14:editId="4C78A6E2">
                <wp:simplePos x="0" y="0"/>
                <wp:positionH relativeFrom="page">
                  <wp:posOffset>266700</wp:posOffset>
                </wp:positionH>
                <wp:positionV relativeFrom="page">
                  <wp:posOffset>3848100</wp:posOffset>
                </wp:positionV>
                <wp:extent cx="114300" cy="114300"/>
                <wp:effectExtent l="0" t="0" r="0" b="0"/>
                <wp:wrapNone/>
                <wp:docPr id="267255581" name="ace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93ED6" id="ace404" o:spid="_x0000_s1026" style="position:absolute;margin-left:21pt;margin-top:303pt;width:9pt;height:9pt;z-index:2517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" path="m,300r650,l650,r350,500l650,1000r,-300l,700,,300xe" fillcolor="#008c98" stroked="f" strokecolor="white" strokeweight=".7pt">
                <v:path arrowok="t" o:connecttype="custom" o:connectlocs="0,34290;74295,34290;74295,0;114300,57150;74295,114300;74295,80010;0,8001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49888" behindDoc="0" locked="0" layoutInCell="1" allowOverlap="1" wp14:anchorId="4BA71B98" wp14:editId="64DA7AD8">
                <wp:simplePos x="0" y="0"/>
                <wp:positionH relativeFrom="page">
                  <wp:posOffset>927100</wp:posOffset>
                </wp:positionH>
                <wp:positionV relativeFrom="page">
                  <wp:posOffset>5257800</wp:posOffset>
                </wp:positionV>
                <wp:extent cx="2933700" cy="203200"/>
                <wp:effectExtent l="0" t="0" r="0" b="0"/>
                <wp:wrapNone/>
                <wp:docPr id="751143751" name="ace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61B977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CONTROLLED FEEDBACK TO 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71B98" id="ace405" o:spid="_x0000_s1086" style="position:absolute;margin-left:73pt;margin-top:414pt;width:231pt;height:16pt;z-index:2517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" stroked="f" strokecolor="white" strokeweight=".7pt">
                <v:path arrowok="t"/>
                <v:textbox inset="0,0,0,0">
                  <w:txbxContent>
                    <w:p w14:paraId="4061B977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CONTROLLED FEEDBACK TO ACE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CA7AE80" wp14:editId="37DE2BE8">
                <wp:simplePos x="0" y="0"/>
                <wp:positionH relativeFrom="page">
                  <wp:posOffset>5029200</wp:posOffset>
                </wp:positionH>
                <wp:positionV relativeFrom="page">
                  <wp:posOffset>1752600</wp:posOffset>
                </wp:positionV>
                <wp:extent cx="2362200" cy="3695700"/>
                <wp:effectExtent l="0" t="0" r="0" b="0"/>
                <wp:wrapNone/>
                <wp:docPr id="1651364661" name="ace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3695700"/>
                        </a:xfrm>
                        <a:prstGeom prst="rect">
                          <a:avLst/>
                        </a:prstGeom>
                        <a:solidFill>
                          <a:srgbClr val="E8F6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D3839" id="ace406" o:spid="_x0000_s1026" style="position:absolute;margin-left:396pt;margin-top:138pt;width:186pt;height:291pt;z-index:2517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" fillcolor="#e8f6f5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61474117" wp14:editId="0598F915">
                <wp:simplePos x="0" y="0"/>
                <wp:positionH relativeFrom="page">
                  <wp:posOffset>5715000</wp:posOffset>
                </wp:positionH>
                <wp:positionV relativeFrom="page">
                  <wp:posOffset>1905000</wp:posOffset>
                </wp:positionV>
                <wp:extent cx="990600" cy="1028700"/>
                <wp:effectExtent l="0" t="0" r="0" b="0"/>
                <wp:wrapNone/>
                <wp:docPr id="1812990081" name="ace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028700"/>
                        </a:xfrm>
                        <a:custGeom>
                          <a:avLst/>
                          <a:gdLst>
                            <a:gd name="T0" fmla="*/ 500 w 1000"/>
                            <a:gd name="T1" fmla="*/ 0 h 1000"/>
                            <a:gd name="T2" fmla="*/ 1000 w 1000"/>
                            <a:gd name="T3" fmla="*/ 170 h 1000"/>
                            <a:gd name="T4" fmla="*/ 900 w 1000"/>
                            <a:gd name="T5" fmla="*/ 660 h 1000"/>
                            <a:gd name="T6" fmla="*/ 500 w 1000"/>
                            <a:gd name="T7" fmla="*/ 1000 h 1000"/>
                            <a:gd name="T8" fmla="*/ 100 w 1000"/>
                            <a:gd name="T9" fmla="*/ 660 h 1000"/>
                            <a:gd name="T10" fmla="*/ 0 w 1000"/>
                            <a:gd name="T11" fmla="*/ 17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500" y="0"/>
                              </a:moveTo>
                              <a:lnTo>
                                <a:pt x="1000" y="170"/>
                              </a:lnTo>
                              <a:lnTo>
                                <a:pt x="900" y="660"/>
                              </a:lnTo>
                              <a:lnTo>
                                <a:pt x="500" y="1000"/>
                              </a:lnTo>
                              <a:lnTo>
                                <a:pt x="100" y="660"/>
                              </a:lnTo>
                              <a:lnTo>
                                <a:pt x="0" y="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E6B4F" id="ace407" o:spid="_x0000_s1026" style="position:absolute;margin-left:450pt;margin-top:150pt;width:78pt;height:81pt;z-index:25175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" path="m500,r500,170l900,660,500,1000,100,660,,170,500,xe" fillcolor="#008c98" stroked="f" strokecolor="white" strokeweight=".7pt">
                <v:path arrowok="t" o:connecttype="custom" o:connectlocs="495300,0;990600,174879;891540,678942;495300,1028700;99060,678942;0,174879" o:connectangles="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52960" behindDoc="0" locked="0" layoutInCell="1" allowOverlap="1" wp14:anchorId="5898596B" wp14:editId="67AB3FF3">
                <wp:simplePos x="0" y="0"/>
                <wp:positionH relativeFrom="page">
                  <wp:posOffset>5803900</wp:posOffset>
                </wp:positionH>
                <wp:positionV relativeFrom="page">
                  <wp:posOffset>2209800</wp:posOffset>
                </wp:positionV>
                <wp:extent cx="812800" cy="381000"/>
                <wp:effectExtent l="0" t="0" r="0" b="0"/>
                <wp:wrapNone/>
                <wp:docPr id="778754550" name="ace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28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C5C4B" w14:textId="77777777" w:rsidR="0094514B" w:rsidRDefault="00000000">
                            <w:pPr>
                              <w:spacing w:after="0" w:line="594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54"/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8596B" id="ace408" o:spid="_x0000_s1087" style="position:absolute;margin-left:457pt;margin-top:174pt;width:64pt;height:30pt;z-index:2517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395C5C4B" w14:textId="77777777" w:rsidR="0094514B" w:rsidRDefault="00000000">
                      <w:pPr>
                        <w:spacing w:after="0" w:line="594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54"/>
                        </w:rPr>
                        <w:t>AI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53984" behindDoc="0" locked="0" layoutInCell="1" allowOverlap="1" wp14:anchorId="2FC14491" wp14:editId="247028BF">
                <wp:simplePos x="0" y="0"/>
                <wp:positionH relativeFrom="page">
                  <wp:posOffset>5156200</wp:posOffset>
                </wp:positionH>
                <wp:positionV relativeFrom="page">
                  <wp:posOffset>3073400</wp:posOffset>
                </wp:positionV>
                <wp:extent cx="2108200" cy="266700"/>
                <wp:effectExtent l="0" t="0" r="0" b="0"/>
                <wp:wrapNone/>
                <wp:docPr id="943121149" name="ace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082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E6504" w14:textId="77777777" w:rsidR="0094514B" w:rsidRDefault="00000000">
                            <w:pPr>
                              <w:spacing w:after="0" w:line="308" w:lineRule="exact"/>
                              <w:jc w:val="center"/>
                            </w:pPr>
                            <w:r>
                              <w:rPr>
                                <w:b/>
                                <w:color w:val="102B46"/>
                                <w:sz w:val="28"/>
                              </w:rPr>
                              <w:t>Responsible 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14491" id="ace409" o:spid="_x0000_s1088" style="position:absolute;margin-left:406pt;margin-top:242pt;width:166pt;height:21pt;z-index:2517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636E6504" w14:textId="77777777" w:rsidR="0094514B" w:rsidRDefault="00000000">
                      <w:pPr>
                        <w:spacing w:after="0" w:line="308" w:lineRule="exact"/>
                        <w:jc w:val="center"/>
                      </w:pPr>
                      <w:r>
                        <w:rPr>
                          <w:b/>
                          <w:color w:val="102B46"/>
                          <w:sz w:val="28"/>
                        </w:rPr>
                        <w:t>Responsible AI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7DD7F875" wp14:editId="61638EDF">
                <wp:simplePos x="0" y="0"/>
                <wp:positionH relativeFrom="page">
                  <wp:posOffset>5130800</wp:posOffset>
                </wp:positionH>
                <wp:positionV relativeFrom="page">
                  <wp:posOffset>3441700</wp:posOffset>
                </wp:positionV>
                <wp:extent cx="1041400" cy="520700"/>
                <wp:effectExtent l="0" t="0" r="0" b="0"/>
                <wp:wrapNone/>
                <wp:docPr id="348303735" name="ace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A7E90E" id="ace410" o:spid="_x0000_s1026" style="position:absolute;margin-left:404pt;margin-top:271pt;width:82pt;height:41pt;z-index:2517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56032" behindDoc="0" locked="0" layoutInCell="1" allowOverlap="1" wp14:anchorId="436CF048" wp14:editId="454AC9E1">
                <wp:simplePos x="0" y="0"/>
                <wp:positionH relativeFrom="page">
                  <wp:posOffset>5156200</wp:posOffset>
                </wp:positionH>
                <wp:positionV relativeFrom="page">
                  <wp:posOffset>3505200</wp:posOffset>
                </wp:positionV>
                <wp:extent cx="990600" cy="177800"/>
                <wp:effectExtent l="0" t="0" r="0" b="0"/>
                <wp:wrapNone/>
                <wp:docPr id="51214610" name="ace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8AEDF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Explainable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CF048" id="ace411" o:spid="_x0000_s1089" style="position:absolute;margin-left:406pt;margin-top:276pt;width:78pt;height:14pt;z-index:2517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5D08AEDF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Explainable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57056" behindDoc="0" locked="0" layoutInCell="1" allowOverlap="1" wp14:anchorId="612FA0C4" wp14:editId="7B376BD9">
                <wp:simplePos x="0" y="0"/>
                <wp:positionH relativeFrom="page">
                  <wp:posOffset>5156200</wp:posOffset>
                </wp:positionH>
                <wp:positionV relativeFrom="page">
                  <wp:posOffset>3708400</wp:posOffset>
                </wp:positionV>
                <wp:extent cx="990600" cy="203200"/>
                <wp:effectExtent l="0" t="0" r="0" b="0"/>
                <wp:wrapNone/>
                <wp:docPr id="1545666771" name="ace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4C187F" w14:textId="77777777" w:rsidR="0094514B" w:rsidRDefault="00000000">
                            <w:pPr>
                              <w:spacing w:after="0" w:line="154" w:lineRule="exact"/>
                              <w:jc w:val="center"/>
                            </w:pPr>
                            <w:r>
                              <w:rPr>
                                <w:color w:val="526B7F"/>
                                <w:sz w:val="14"/>
                              </w:rPr>
                              <w:t>Clinical evidence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FA0C4" id="ace412" o:spid="_x0000_s1090" style="position:absolute;margin-left:406pt;margin-top:292pt;width:78pt;height:16pt;z-index: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214C187F" w14:textId="77777777" w:rsidR="0094514B" w:rsidRDefault="00000000">
                      <w:pPr>
                        <w:spacing w:after="0" w:line="154" w:lineRule="exact"/>
                        <w:jc w:val="center"/>
                      </w:pPr>
                      <w:r>
                        <w:rPr>
                          <w:color w:val="526B7F"/>
                          <w:sz w:val="14"/>
                        </w:rPr>
                        <w:t>Clinical evidence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18314C36" wp14:editId="36456825">
                <wp:simplePos x="0" y="0"/>
                <wp:positionH relativeFrom="page">
                  <wp:posOffset>6248400</wp:posOffset>
                </wp:positionH>
                <wp:positionV relativeFrom="page">
                  <wp:posOffset>3441700</wp:posOffset>
                </wp:positionV>
                <wp:extent cx="1041400" cy="520700"/>
                <wp:effectExtent l="0" t="0" r="0" b="0"/>
                <wp:wrapNone/>
                <wp:docPr id="644282552" name="ace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A1158" id="ace413" o:spid="_x0000_s1026" style="position:absolute;margin-left:492pt;margin-top:271pt;width:82pt;height:41pt;z-index: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59104" behindDoc="0" locked="0" layoutInCell="1" allowOverlap="1" wp14:anchorId="1FB91395" wp14:editId="1A310131">
                <wp:simplePos x="0" y="0"/>
                <wp:positionH relativeFrom="page">
                  <wp:posOffset>6273800</wp:posOffset>
                </wp:positionH>
                <wp:positionV relativeFrom="page">
                  <wp:posOffset>3505200</wp:posOffset>
                </wp:positionV>
                <wp:extent cx="990600" cy="177800"/>
                <wp:effectExtent l="0" t="0" r="0" b="0"/>
                <wp:wrapNone/>
                <wp:docPr id="565750895" name="ace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724EF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Traceable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91395" id="ace414" o:spid="_x0000_s1091" style="position:absolute;margin-left:494pt;margin-top:276pt;width:78pt;height:14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683724EF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Traceable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0128" behindDoc="0" locked="0" layoutInCell="1" allowOverlap="1" wp14:anchorId="650761E8" wp14:editId="6743E875">
                <wp:simplePos x="0" y="0"/>
                <wp:positionH relativeFrom="page">
                  <wp:posOffset>6273800</wp:posOffset>
                </wp:positionH>
                <wp:positionV relativeFrom="page">
                  <wp:posOffset>3708400</wp:posOffset>
                </wp:positionV>
                <wp:extent cx="990600" cy="203200"/>
                <wp:effectExtent l="0" t="0" r="0" b="0"/>
                <wp:wrapNone/>
                <wp:docPr id="2138942482" name="ace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4DF83" w14:textId="77777777" w:rsidR="0094514B" w:rsidRDefault="00000000">
                            <w:pPr>
                              <w:spacing w:after="0" w:line="154" w:lineRule="exact"/>
                              <w:jc w:val="center"/>
                            </w:pPr>
                            <w:r>
                              <w:rPr>
                                <w:color w:val="526B7F"/>
                                <w:sz w:val="14"/>
                              </w:rPr>
                              <w:t>Decision audit trails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761E8" id="ace415" o:spid="_x0000_s1092" style="position:absolute;margin-left:494pt;margin-top:292pt;width:78pt;height:16pt;z-index:2517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1E44DF83" w14:textId="77777777" w:rsidR="0094514B" w:rsidRDefault="00000000">
                      <w:pPr>
                        <w:spacing w:after="0" w:line="154" w:lineRule="exact"/>
                        <w:jc w:val="center"/>
                      </w:pPr>
                      <w:r>
                        <w:rPr>
                          <w:color w:val="526B7F"/>
                          <w:sz w:val="14"/>
                        </w:rPr>
                        <w:t>Decision audit trails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339AEEA" wp14:editId="46F81BC0">
                <wp:simplePos x="0" y="0"/>
                <wp:positionH relativeFrom="page">
                  <wp:posOffset>5130800</wp:posOffset>
                </wp:positionH>
                <wp:positionV relativeFrom="page">
                  <wp:posOffset>4051300</wp:posOffset>
                </wp:positionV>
                <wp:extent cx="1041400" cy="520700"/>
                <wp:effectExtent l="0" t="0" r="0" b="0"/>
                <wp:wrapNone/>
                <wp:docPr id="109578853" name="ace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62576" id="ace416" o:spid="_x0000_s1026" style="position:absolute;margin-left:404pt;margin-top:319pt;width:82pt;height:41pt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2176" behindDoc="0" locked="0" layoutInCell="1" allowOverlap="1" wp14:anchorId="374D7F4D" wp14:editId="33196BB0">
                <wp:simplePos x="0" y="0"/>
                <wp:positionH relativeFrom="page">
                  <wp:posOffset>5156200</wp:posOffset>
                </wp:positionH>
                <wp:positionV relativeFrom="page">
                  <wp:posOffset>4114800</wp:posOffset>
                </wp:positionV>
                <wp:extent cx="990600" cy="177800"/>
                <wp:effectExtent l="0" t="0" r="0" b="0"/>
                <wp:wrapNone/>
                <wp:docPr id="499006450" name="ace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4B330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Controlled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D7F4D" id="ace417" o:spid="_x0000_s1093" style="position:absolute;margin-left:406pt;margin-top:324pt;width:78pt;height:14pt;z-index:2517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4324B330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Controlled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3200" behindDoc="0" locked="0" layoutInCell="1" allowOverlap="1" wp14:anchorId="71451A0C" wp14:editId="030539C5">
                <wp:simplePos x="0" y="0"/>
                <wp:positionH relativeFrom="page">
                  <wp:posOffset>5156200</wp:posOffset>
                </wp:positionH>
                <wp:positionV relativeFrom="page">
                  <wp:posOffset>4318000</wp:posOffset>
                </wp:positionV>
                <wp:extent cx="990600" cy="203200"/>
                <wp:effectExtent l="0" t="0" r="0" b="0"/>
                <wp:wrapNone/>
                <wp:docPr id="739833266" name="ace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E3246" w14:textId="77777777" w:rsidR="0094514B" w:rsidRDefault="00000000">
                            <w:pPr>
                              <w:spacing w:after="0" w:line="154" w:lineRule="exact"/>
                              <w:jc w:val="center"/>
                            </w:pPr>
                            <w:r>
                              <w:rPr>
                                <w:color w:val="526B7F"/>
                                <w:sz w:val="14"/>
                              </w:rPr>
                              <w:t>Automation thresholds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51A0C" id="ace418" o:spid="_x0000_s1094" style="position:absolute;margin-left:406pt;margin-top:340pt;width:78pt;height:16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491E3246" w14:textId="77777777" w:rsidR="0094514B" w:rsidRDefault="00000000">
                      <w:pPr>
                        <w:spacing w:after="0" w:line="154" w:lineRule="exact"/>
                        <w:jc w:val="center"/>
                      </w:pPr>
                      <w:r>
                        <w:rPr>
                          <w:color w:val="526B7F"/>
                          <w:sz w:val="14"/>
                        </w:rPr>
                        <w:t>Automation thresholds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7A85F455" wp14:editId="7FFB62CE">
                <wp:simplePos x="0" y="0"/>
                <wp:positionH relativeFrom="page">
                  <wp:posOffset>6248400</wp:posOffset>
                </wp:positionH>
                <wp:positionV relativeFrom="page">
                  <wp:posOffset>4051300</wp:posOffset>
                </wp:positionV>
                <wp:extent cx="1041400" cy="520700"/>
                <wp:effectExtent l="0" t="0" r="0" b="0"/>
                <wp:wrapNone/>
                <wp:docPr id="229911370" name="ace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2F0B2" id="ace419" o:spid="_x0000_s1026" style="position:absolute;margin-left:492pt;margin-top:319pt;width:82pt;height:41pt;z-index:25176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5248" behindDoc="0" locked="0" layoutInCell="1" allowOverlap="1" wp14:anchorId="6A0A6841" wp14:editId="2C4E635A">
                <wp:simplePos x="0" y="0"/>
                <wp:positionH relativeFrom="page">
                  <wp:posOffset>6273800</wp:posOffset>
                </wp:positionH>
                <wp:positionV relativeFrom="page">
                  <wp:posOffset>4114800</wp:posOffset>
                </wp:positionV>
                <wp:extent cx="990600" cy="177800"/>
                <wp:effectExtent l="0" t="0" r="0" b="0"/>
                <wp:wrapNone/>
                <wp:docPr id="773210336" name="ace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903AB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Human-Governed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A6841" id="ace420" o:spid="_x0000_s1095" style="position:absolute;margin-left:494pt;margin-top:324pt;width:78pt;height:14pt;z-index:2517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6B4903AB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Human-Governed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6272" behindDoc="0" locked="0" layoutInCell="1" allowOverlap="1" wp14:anchorId="56463016" wp14:editId="5DAFA544">
                <wp:simplePos x="0" y="0"/>
                <wp:positionH relativeFrom="page">
                  <wp:posOffset>6273800</wp:posOffset>
                </wp:positionH>
                <wp:positionV relativeFrom="page">
                  <wp:posOffset>4318000</wp:posOffset>
                </wp:positionV>
                <wp:extent cx="990600" cy="203200"/>
                <wp:effectExtent l="0" t="0" r="0" b="0"/>
                <wp:wrapNone/>
                <wp:docPr id="1112725724" name="ace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8AD45" w14:textId="77777777" w:rsidR="0094514B" w:rsidRDefault="00000000">
                            <w:pPr>
                              <w:spacing w:after="0" w:line="154" w:lineRule="exact"/>
                              <w:jc w:val="center"/>
                            </w:pPr>
                            <w:r>
                              <w:rPr>
                                <w:color w:val="526B7F"/>
                                <w:sz w:val="14"/>
                              </w:rPr>
                              <w:t>Coder intervention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63016" id="ace421" o:spid="_x0000_s1096" style="position:absolute;margin-left:494pt;margin-top:340pt;width:78pt;height:16pt;z-index:25176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1038AD45" w14:textId="77777777" w:rsidR="0094514B" w:rsidRDefault="00000000">
                      <w:pPr>
                        <w:spacing w:after="0" w:line="154" w:lineRule="exact"/>
                        <w:jc w:val="center"/>
                      </w:pPr>
                      <w:r>
                        <w:rPr>
                          <w:color w:val="526B7F"/>
                          <w:sz w:val="14"/>
                        </w:rPr>
                        <w:t>Coder intervention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36640369" wp14:editId="35E3A797">
                <wp:simplePos x="0" y="0"/>
                <wp:positionH relativeFrom="page">
                  <wp:posOffset>5130800</wp:posOffset>
                </wp:positionH>
                <wp:positionV relativeFrom="page">
                  <wp:posOffset>4660900</wp:posOffset>
                </wp:positionV>
                <wp:extent cx="1041400" cy="520700"/>
                <wp:effectExtent l="0" t="0" r="0" b="0"/>
                <wp:wrapNone/>
                <wp:docPr id="2025015014" name="ace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B0119" id="ace422" o:spid="_x0000_s1026" style="position:absolute;margin-left:404pt;margin-top:367pt;width:82pt;height:41pt;z-index:25176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8320" behindDoc="0" locked="0" layoutInCell="1" allowOverlap="1" wp14:anchorId="79A11A87" wp14:editId="3483A29B">
                <wp:simplePos x="0" y="0"/>
                <wp:positionH relativeFrom="page">
                  <wp:posOffset>5156200</wp:posOffset>
                </wp:positionH>
                <wp:positionV relativeFrom="page">
                  <wp:posOffset>4724400</wp:posOffset>
                </wp:positionV>
                <wp:extent cx="990600" cy="177800"/>
                <wp:effectExtent l="0" t="0" r="0" b="0"/>
                <wp:wrapNone/>
                <wp:docPr id="1131652716" name="ace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34C627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Secure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11A87" id="ace423" o:spid="_x0000_s1097" style="position:absolute;margin-left:406pt;margin-top:372pt;width:78pt;height:14pt;z-index:25176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0734C627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Secure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69344" behindDoc="0" locked="0" layoutInCell="1" allowOverlap="1" wp14:anchorId="3901EE00" wp14:editId="1A1439BD">
                <wp:simplePos x="0" y="0"/>
                <wp:positionH relativeFrom="page">
                  <wp:posOffset>5156200</wp:posOffset>
                </wp:positionH>
                <wp:positionV relativeFrom="page">
                  <wp:posOffset>4927600</wp:posOffset>
                </wp:positionV>
                <wp:extent cx="990600" cy="203200"/>
                <wp:effectExtent l="0" t="0" r="0" b="0"/>
                <wp:wrapNone/>
                <wp:docPr id="1886614450" name="ace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5E0969" w14:textId="77777777" w:rsidR="0094514B" w:rsidRDefault="00000000">
                            <w:pPr>
                              <w:spacing w:after="0" w:line="154" w:lineRule="exact"/>
                              <w:jc w:val="center"/>
                            </w:pPr>
                            <w:r>
                              <w:rPr>
                                <w:color w:val="526B7F"/>
                                <w:sz w:val="14"/>
                              </w:rPr>
                              <w:t>Access controls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1EE00" id="ace424" o:spid="_x0000_s1098" style="position:absolute;margin-left:406pt;margin-top:388pt;width:78pt;height:16pt;z-index:25176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095E0969" w14:textId="77777777" w:rsidR="0094514B" w:rsidRDefault="00000000">
                      <w:pPr>
                        <w:spacing w:after="0" w:line="154" w:lineRule="exact"/>
                        <w:jc w:val="center"/>
                      </w:pPr>
                      <w:r>
                        <w:rPr>
                          <w:color w:val="526B7F"/>
                          <w:sz w:val="14"/>
                        </w:rPr>
                        <w:t>Access controls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14F7C2EE" wp14:editId="7FFDF1EF">
                <wp:simplePos x="0" y="0"/>
                <wp:positionH relativeFrom="page">
                  <wp:posOffset>6248400</wp:posOffset>
                </wp:positionH>
                <wp:positionV relativeFrom="page">
                  <wp:posOffset>4660900</wp:posOffset>
                </wp:positionV>
                <wp:extent cx="1041400" cy="520700"/>
                <wp:effectExtent l="0" t="0" r="0" b="0"/>
                <wp:wrapNone/>
                <wp:docPr id="314997176" name="ace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96085" id="ace425" o:spid="_x0000_s1026" style="position:absolute;margin-left:492pt;margin-top:367pt;width:82pt;height:41pt;z-index:25177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1392" behindDoc="0" locked="0" layoutInCell="1" allowOverlap="1" wp14:anchorId="4C3756FC" wp14:editId="0210D073">
                <wp:simplePos x="0" y="0"/>
                <wp:positionH relativeFrom="page">
                  <wp:posOffset>6273800</wp:posOffset>
                </wp:positionH>
                <wp:positionV relativeFrom="page">
                  <wp:posOffset>4724400</wp:posOffset>
                </wp:positionV>
                <wp:extent cx="990600" cy="177800"/>
                <wp:effectExtent l="0" t="0" r="0" b="0"/>
                <wp:wrapNone/>
                <wp:docPr id="592142432" name="ace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C3609" w14:textId="77777777" w:rsidR="0094514B" w:rsidRDefault="00000000">
                            <w:pPr>
                              <w:spacing w:after="0" w:line="176" w:lineRule="exact"/>
                              <w:jc w:val="center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Measurable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756FC" id="ace426" o:spid="_x0000_s1099" style="position:absolute;margin-left:494pt;margin-top:372pt;width:78pt;height:14pt;z-index:25177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2D1C3609" w14:textId="77777777" w:rsidR="0094514B" w:rsidRDefault="00000000">
                      <w:pPr>
                        <w:spacing w:after="0" w:line="176" w:lineRule="exact"/>
                        <w:jc w:val="center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Measurable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2416" behindDoc="0" locked="0" layoutInCell="1" allowOverlap="1" wp14:anchorId="5A198984" wp14:editId="20BD8092">
                <wp:simplePos x="0" y="0"/>
                <wp:positionH relativeFrom="page">
                  <wp:posOffset>6273800</wp:posOffset>
                </wp:positionH>
                <wp:positionV relativeFrom="page">
                  <wp:posOffset>4927600</wp:posOffset>
                </wp:positionV>
                <wp:extent cx="990600" cy="203200"/>
                <wp:effectExtent l="0" t="0" r="0" b="0"/>
                <wp:wrapNone/>
                <wp:docPr id="709647441" name="ace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7F920" w14:textId="77777777" w:rsidR="0094514B" w:rsidRDefault="00000000">
                            <w:pPr>
                              <w:spacing w:after="0" w:line="154" w:lineRule="exact"/>
                              <w:jc w:val="center"/>
                            </w:pPr>
                            <w:r>
                              <w:rPr>
                                <w:color w:val="526B7F"/>
                                <w:sz w:val="14"/>
                              </w:rPr>
                              <w:t>Quality monitoring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98984" id="ace427" o:spid="_x0000_s1100" style="position:absolute;margin-left:494pt;margin-top:388pt;width:78pt;height:16pt;z-index:25177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1317F920" w14:textId="77777777" w:rsidR="0094514B" w:rsidRDefault="00000000">
                      <w:pPr>
                        <w:spacing w:after="0" w:line="154" w:lineRule="exact"/>
                        <w:jc w:val="center"/>
                      </w:pPr>
                      <w:r>
                        <w:rPr>
                          <w:color w:val="526B7F"/>
                          <w:sz w:val="14"/>
                        </w:rPr>
                        <w:t>Quality monitoring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3440" behindDoc="0" locked="0" layoutInCell="1" allowOverlap="1" wp14:anchorId="20FA35EF" wp14:editId="39F3E3F2">
                <wp:simplePos x="0" y="0"/>
                <wp:positionH relativeFrom="page">
                  <wp:posOffset>381000</wp:posOffset>
                </wp:positionH>
                <wp:positionV relativeFrom="page">
                  <wp:posOffset>5638800</wp:posOffset>
                </wp:positionV>
                <wp:extent cx="317500" cy="228600"/>
                <wp:effectExtent l="0" t="0" r="0" b="0"/>
                <wp:wrapNone/>
                <wp:docPr id="1510375999" name="ace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4242D" w14:textId="77777777" w:rsidR="0094514B" w:rsidRDefault="00000000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color w:val="008C98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A35EF" id="ace428" o:spid="_x0000_s1101" style="position:absolute;margin-left:30pt;margin-top:444pt;width:25pt;height:18pt;z-index:25177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0024242D" w14:textId="77777777" w:rsidR="0094514B" w:rsidRDefault="00000000">
                      <w:pPr>
                        <w:spacing w:after="0" w:line="220" w:lineRule="exact"/>
                      </w:pPr>
                      <w:r>
                        <w:rPr>
                          <w:b/>
                          <w:color w:val="008C98"/>
                        </w:rPr>
                        <w:t>02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4464" behindDoc="0" locked="0" layoutInCell="1" allowOverlap="1" wp14:anchorId="5C7C97C0" wp14:editId="32D67C9D">
                <wp:simplePos x="0" y="0"/>
                <wp:positionH relativeFrom="page">
                  <wp:posOffset>723900</wp:posOffset>
                </wp:positionH>
                <wp:positionV relativeFrom="page">
                  <wp:posOffset>5638800</wp:posOffset>
                </wp:positionV>
                <wp:extent cx="6667500" cy="254000"/>
                <wp:effectExtent l="0" t="0" r="0" b="0"/>
                <wp:wrapNone/>
                <wp:docPr id="1031763934" name="ace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261EA" w14:textId="77777777" w:rsidR="0094514B" w:rsidRDefault="00000000">
                            <w:pPr>
                              <w:spacing w:after="0" w:line="286" w:lineRule="exact"/>
                            </w:pPr>
                            <w:r>
                              <w:rPr>
                                <w:b/>
                                <w:color w:val="102B46"/>
                                <w:sz w:val="26"/>
                              </w:rPr>
                              <w:t>Outcomes to measure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97C0" id="ace429" o:spid="_x0000_s1102" style="position:absolute;margin-left:57pt;margin-top:444pt;width:525pt;height:20pt;z-index:25177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782261EA" w14:textId="77777777" w:rsidR="0094514B" w:rsidRDefault="00000000">
                      <w:pPr>
                        <w:spacing w:after="0" w:line="286" w:lineRule="exact"/>
                      </w:pPr>
                      <w:r>
                        <w:rPr>
                          <w:b/>
                          <w:color w:val="102B46"/>
                          <w:sz w:val="26"/>
                        </w:rPr>
                        <w:t>Outcomes to measure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69776109" wp14:editId="23D2737B">
                <wp:simplePos x="0" y="0"/>
                <wp:positionH relativeFrom="page">
                  <wp:posOffset>381000</wp:posOffset>
                </wp:positionH>
                <wp:positionV relativeFrom="page">
                  <wp:posOffset>5981700</wp:posOffset>
                </wp:positionV>
                <wp:extent cx="1041400" cy="1219200"/>
                <wp:effectExtent l="0" t="0" r="0" b="0"/>
                <wp:wrapNone/>
                <wp:docPr id="5722948" name="ace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12192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AC84A" id="ace430" o:spid="_x0000_s1026" style="position:absolute;margin-left:30pt;margin-top:471pt;width:82pt;height:96pt;z-index:25177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5BA50E06" wp14:editId="6617DBF0">
                <wp:simplePos x="0" y="0"/>
                <wp:positionH relativeFrom="page">
                  <wp:posOffset>748665</wp:posOffset>
                </wp:positionH>
                <wp:positionV relativeFrom="page">
                  <wp:posOffset>6318250</wp:posOffset>
                </wp:positionV>
                <wp:extent cx="71120" cy="151130"/>
                <wp:effectExtent l="0" t="0" r="5080" b="1270"/>
                <wp:wrapNone/>
                <wp:docPr id="1862314879" name="ace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C90F1" id="ace431" o:spid="_x0000_s1026" style="position:absolute;margin-left:58.95pt;margin-top:497.5pt;width:5.6pt;height:11.9pt;z-index:2517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3C5D6546" wp14:editId="6602F529">
                <wp:simplePos x="0" y="0"/>
                <wp:positionH relativeFrom="page">
                  <wp:posOffset>853440</wp:posOffset>
                </wp:positionH>
                <wp:positionV relativeFrom="page">
                  <wp:posOffset>6242685</wp:posOffset>
                </wp:positionV>
                <wp:extent cx="71120" cy="226060"/>
                <wp:effectExtent l="0" t="0" r="5080" b="2540"/>
                <wp:wrapNone/>
                <wp:docPr id="1329722301" name="ace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AA6EE" id="ace432" o:spid="_x0000_s1026" style="position:absolute;margin-left:67.2pt;margin-top:491.55pt;width:5.6pt;height:17.8pt;z-index:2517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1A8411B8" wp14:editId="57A881EE">
                <wp:simplePos x="0" y="0"/>
                <wp:positionH relativeFrom="page">
                  <wp:posOffset>958215</wp:posOffset>
                </wp:positionH>
                <wp:positionV relativeFrom="page">
                  <wp:posOffset>6150610</wp:posOffset>
                </wp:positionV>
                <wp:extent cx="71120" cy="318770"/>
                <wp:effectExtent l="0" t="0" r="5080" b="0"/>
                <wp:wrapNone/>
                <wp:docPr id="1054176182" name="ace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B9D55" id="ace433" o:spid="_x0000_s1026" style="position:absolute;margin-left:75.45pt;margin-top:484.3pt;width:5.6pt;height:25.1pt;z-index:25177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9584" behindDoc="0" locked="0" layoutInCell="1" allowOverlap="1" wp14:anchorId="768D693D" wp14:editId="2A0B4AF0">
                <wp:simplePos x="0" y="0"/>
                <wp:positionH relativeFrom="page">
                  <wp:posOffset>444500</wp:posOffset>
                </wp:positionH>
                <wp:positionV relativeFrom="page">
                  <wp:posOffset>6616700</wp:posOffset>
                </wp:positionV>
                <wp:extent cx="914400" cy="393700"/>
                <wp:effectExtent l="0" t="0" r="0" b="0"/>
                <wp:wrapNone/>
                <wp:docPr id="1877997550" name="ace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A1ADA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Coding</w:t>
                            </w:r>
                          </w:p>
                          <w:p w14:paraId="3794ED12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Throughput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D693D" id="ace434" o:spid="_x0000_s1103" style="position:absolute;margin-left:35pt;margin-top:521pt;width:1in;height:31pt;z-index:25177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2E6A1ADA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Coding</w:t>
                      </w:r>
                    </w:p>
                    <w:p w14:paraId="3794ED12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Throughput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80608" behindDoc="0" locked="0" layoutInCell="1" allowOverlap="1" wp14:anchorId="0E46A3BF" wp14:editId="47047F99">
                <wp:simplePos x="0" y="0"/>
                <wp:positionH relativeFrom="page">
                  <wp:posOffset>1181100</wp:posOffset>
                </wp:positionH>
                <wp:positionV relativeFrom="page">
                  <wp:posOffset>6070600</wp:posOffset>
                </wp:positionV>
                <wp:extent cx="203200" cy="254000"/>
                <wp:effectExtent l="0" t="0" r="0" b="0"/>
                <wp:wrapNone/>
                <wp:docPr id="1595384248" name="ace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E247C" w14:textId="77777777" w:rsidR="0094514B" w:rsidRDefault="00000000">
                            <w:pPr>
                              <w:spacing w:after="0" w:line="330" w:lineRule="exact"/>
                            </w:pPr>
                            <w:r>
                              <w:rPr>
                                <w:b/>
                                <w:color w:val="92E5E0"/>
                                <w:sz w:val="30"/>
                              </w:rPr>
                              <w:t>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6A3BF" id="ace435" o:spid="_x0000_s1104" style="position:absolute;margin-left:93pt;margin-top:478pt;width:16pt;height:20pt;z-index:25178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264E247C" w14:textId="77777777" w:rsidR="0094514B" w:rsidRDefault="00000000">
                      <w:pPr>
                        <w:spacing w:after="0" w:line="330" w:lineRule="exact"/>
                      </w:pPr>
                      <w:r>
                        <w:rPr>
                          <w:b/>
                          <w:color w:val="92E5E0"/>
                          <w:sz w:val="30"/>
                        </w:rPr>
                        <w:t>↑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29FE6AE" wp14:editId="1B614960">
                <wp:simplePos x="0" y="0"/>
                <wp:positionH relativeFrom="page">
                  <wp:posOffset>1574800</wp:posOffset>
                </wp:positionH>
                <wp:positionV relativeFrom="page">
                  <wp:posOffset>5981700</wp:posOffset>
                </wp:positionV>
                <wp:extent cx="1041400" cy="1219200"/>
                <wp:effectExtent l="0" t="0" r="0" b="0"/>
                <wp:wrapNone/>
                <wp:docPr id="1616132500" name="ace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1219200"/>
                        </a:xfrm>
                        <a:prstGeom prst="rect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F080C" id="ace436" o:spid="_x0000_s1026" style="position:absolute;margin-left:124pt;margin-top:471pt;width:82pt;height:96pt;z-index:25178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" fillcolor="#008c98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7E48A922" wp14:editId="448D8592">
                <wp:simplePos x="0" y="0"/>
                <wp:positionH relativeFrom="page">
                  <wp:posOffset>1921510</wp:posOffset>
                </wp:positionH>
                <wp:positionV relativeFrom="page">
                  <wp:posOffset>6150610</wp:posOffset>
                </wp:positionV>
                <wp:extent cx="335280" cy="335280"/>
                <wp:effectExtent l="0" t="0" r="7620" b="7620"/>
                <wp:wrapNone/>
                <wp:docPr id="871701794" name="ace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" cy="335280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73B90C" id="ace437" o:spid="_x0000_s1026" style="position:absolute;margin-left:151.3pt;margin-top:484.3pt;width:26.4pt;height:26.4pt;z-index:25178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" fill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044A146D" wp14:editId="28FE39AB">
                <wp:simplePos x="0" y="0"/>
                <wp:positionH relativeFrom="page">
                  <wp:posOffset>2089150</wp:posOffset>
                </wp:positionH>
                <wp:positionV relativeFrom="page">
                  <wp:posOffset>6213475</wp:posOffset>
                </wp:positionV>
                <wp:extent cx="1270" cy="104775"/>
                <wp:effectExtent l="12700" t="12700" r="24130" b="9525"/>
                <wp:wrapNone/>
                <wp:docPr id="1477332466" name="ace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0477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213AF" id="ace439" o:spid="_x0000_s1026" style="position:absolute;margin-left:164.5pt;margin-top:489.25pt;width:.1pt;height:8.25pt;z-index:25178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" path="m,l1000,1000e" filled="f" strokecolor="white" strokeweight="1.5pt">
                <v:path arrowok="t" o:connecttype="custom" o:connectlocs="0,0;1270,10477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3BF72512" wp14:editId="1355F61D">
                <wp:simplePos x="0" y="0"/>
                <wp:positionH relativeFrom="page">
                  <wp:posOffset>2089150</wp:posOffset>
                </wp:positionH>
                <wp:positionV relativeFrom="page">
                  <wp:posOffset>6318250</wp:posOffset>
                </wp:positionV>
                <wp:extent cx="92075" cy="46355"/>
                <wp:effectExtent l="12700" t="12700" r="9525" b="17145"/>
                <wp:wrapNone/>
                <wp:docPr id="251518342" name="ace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075" cy="4635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9834F" id="ace441" o:spid="_x0000_s1026" style="position:absolute;margin-left:164.5pt;margin-top:497.5pt;width:7.25pt;height:3.65pt;z-index:25178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" path="m,l1000,1000e" filled="f" strokecolor="white" strokeweight="1.5pt">
                <v:path arrowok="t" o:connecttype="custom" o:connectlocs="0,0;92075,4635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85728" behindDoc="0" locked="0" layoutInCell="1" allowOverlap="1" wp14:anchorId="63CF7074" wp14:editId="2819FBA4">
                <wp:simplePos x="0" y="0"/>
                <wp:positionH relativeFrom="page">
                  <wp:posOffset>1638300</wp:posOffset>
                </wp:positionH>
                <wp:positionV relativeFrom="page">
                  <wp:posOffset>6616700</wp:posOffset>
                </wp:positionV>
                <wp:extent cx="914400" cy="393700"/>
                <wp:effectExtent l="0" t="0" r="0" b="0"/>
                <wp:wrapNone/>
                <wp:docPr id="1521251738" name="ace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6B7F8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Turnaround</w:t>
                            </w:r>
                          </w:p>
                          <w:p w14:paraId="4BAC81C8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F7074" id="ace442" o:spid="_x0000_s1105" style="position:absolute;margin-left:129pt;margin-top:521pt;width:1in;height:31pt;z-index:25178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3C66B7F8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Turnaround</w:t>
                      </w:r>
                    </w:p>
                    <w:p w14:paraId="4BAC81C8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Time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86752" behindDoc="0" locked="0" layoutInCell="1" allowOverlap="1" wp14:anchorId="07D792D5" wp14:editId="74289718">
                <wp:simplePos x="0" y="0"/>
                <wp:positionH relativeFrom="page">
                  <wp:posOffset>2374900</wp:posOffset>
                </wp:positionH>
                <wp:positionV relativeFrom="page">
                  <wp:posOffset>6070600</wp:posOffset>
                </wp:positionV>
                <wp:extent cx="203200" cy="254000"/>
                <wp:effectExtent l="0" t="0" r="0" b="0"/>
                <wp:wrapNone/>
                <wp:docPr id="907441716" name="ace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F615F" w14:textId="77777777" w:rsidR="0094514B" w:rsidRDefault="00000000">
                            <w:pPr>
                              <w:spacing w:after="0" w:line="330" w:lineRule="exact"/>
                            </w:pPr>
                            <w:r>
                              <w:rPr>
                                <w:b/>
                                <w:color w:val="92E5E0"/>
                                <w:sz w:val="30"/>
                              </w:rPr>
                              <w:t>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792D5" id="ace443" o:spid="_x0000_s1106" style="position:absolute;margin-left:187pt;margin-top:478pt;width:16pt;height:20pt;z-index:25178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" filled="f" stroked="f" strokecolor="white" strokeweight=".7pt">
                <v:path arrowok="t"/>
                <v:textbox inset="0,0,0,0">
                  <w:txbxContent>
                    <w:p w14:paraId="57BF615F" w14:textId="77777777" w:rsidR="0094514B" w:rsidRDefault="00000000">
                      <w:pPr>
                        <w:spacing w:after="0" w:line="330" w:lineRule="exact"/>
                      </w:pPr>
                      <w:r>
                        <w:rPr>
                          <w:b/>
                          <w:color w:val="92E5E0"/>
                          <w:sz w:val="30"/>
                        </w:rPr>
                        <w:t>↓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543969E1" wp14:editId="399FC7D0">
                <wp:simplePos x="0" y="0"/>
                <wp:positionH relativeFrom="page">
                  <wp:posOffset>2768600</wp:posOffset>
                </wp:positionH>
                <wp:positionV relativeFrom="page">
                  <wp:posOffset>5981700</wp:posOffset>
                </wp:positionV>
                <wp:extent cx="1041400" cy="1219200"/>
                <wp:effectExtent l="0" t="0" r="0" b="0"/>
                <wp:wrapNone/>
                <wp:docPr id="1841223300" name="ace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12192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2E142" id="ace444" o:spid="_x0000_s1026" style="position:absolute;margin-left:218pt;margin-top:471pt;width:82pt;height:96pt;z-index:25178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41C13FB1" wp14:editId="2DB54DEE">
                <wp:simplePos x="0" y="0"/>
                <wp:positionH relativeFrom="page">
                  <wp:posOffset>3215640</wp:posOffset>
                </wp:positionH>
                <wp:positionV relativeFrom="page">
                  <wp:posOffset>6129655</wp:posOffset>
                </wp:positionV>
                <wp:extent cx="133985" cy="133985"/>
                <wp:effectExtent l="0" t="0" r="18415" b="18415"/>
                <wp:wrapNone/>
                <wp:docPr id="1814502514" name="ace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ellipse">
                          <a:avLst/>
                        </a:prstGeom>
                        <a:noFill/>
                        <a:ln w="889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599B49" id="ace445" o:spid="_x0000_s1026" style="position:absolute;margin-left:253.2pt;margin-top:482.65pt;width:10.55pt;height:10.55pt;z-index:25178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" filled="f" strokecolor="white" strokeweight=".7pt">
                <v:path arrowok="t"/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1F7B7B21" wp14:editId="5F2F6865">
                <wp:simplePos x="0" y="0"/>
                <wp:positionH relativeFrom="page">
                  <wp:posOffset>3140710</wp:posOffset>
                </wp:positionH>
                <wp:positionV relativeFrom="page">
                  <wp:posOffset>6318250</wp:posOffset>
                </wp:positionV>
                <wp:extent cx="285115" cy="167640"/>
                <wp:effectExtent l="0" t="0" r="6985" b="10160"/>
                <wp:wrapNone/>
                <wp:docPr id="1946524736" name="ace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167640"/>
                        </a:xfrm>
                        <a:prstGeom prst="roundRect">
                          <a:avLst>
                            <a:gd name="adj" fmla="val 20000"/>
                          </a:avLst>
                        </a:prstGeom>
                        <a:noFill/>
                        <a:ln w="889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B337FE" id="ace446" o:spid="_x0000_s1026" style="position:absolute;margin-left:247.3pt;margin-top:497.5pt;width:22.45pt;height:13.2pt;z-index:25178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107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" filled="f" strokecolor="white" strokeweight=".7pt">
                <v:path arrowok="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8C4C881" wp14:editId="704CC039">
                <wp:simplePos x="0" y="0"/>
                <wp:positionH relativeFrom="page">
                  <wp:posOffset>3282950</wp:posOffset>
                </wp:positionH>
                <wp:positionV relativeFrom="page">
                  <wp:posOffset>6360160</wp:posOffset>
                </wp:positionV>
                <wp:extent cx="1270" cy="83820"/>
                <wp:effectExtent l="12700" t="12700" r="24130" b="17780"/>
                <wp:wrapNone/>
                <wp:docPr id="161049225" name="ace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838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87AE6" id="ace448" o:spid="_x0000_s1026" style="position:absolute;margin-left:258.5pt;margin-top:500.8pt;width:.1pt;height:6.6pt;z-index:2517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" path="m,l1000,1000e" filled="f" strokecolor="white" strokeweight="1.5pt">
                <v:path arrowok="t" o:connecttype="custom" o:connectlocs="0,0;1270,838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91872" behindDoc="0" locked="0" layoutInCell="1" allowOverlap="1" wp14:anchorId="4B772FDC" wp14:editId="3673ED01">
                <wp:simplePos x="0" y="0"/>
                <wp:positionH relativeFrom="page">
                  <wp:posOffset>2832100</wp:posOffset>
                </wp:positionH>
                <wp:positionV relativeFrom="page">
                  <wp:posOffset>6616700</wp:posOffset>
                </wp:positionV>
                <wp:extent cx="914400" cy="393700"/>
                <wp:effectExtent l="0" t="0" r="0" b="0"/>
                <wp:wrapNone/>
                <wp:docPr id="170408699" name="ace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A10D8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Coder</w:t>
                            </w:r>
                          </w:p>
                          <w:p w14:paraId="4DE4EAB6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Productivity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72FDC" id="ace449" o:spid="_x0000_s1107" style="position:absolute;margin-left:223pt;margin-top:521pt;width:1in;height:31pt;z-index:25179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087A10D8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Coder</w:t>
                      </w:r>
                    </w:p>
                    <w:p w14:paraId="4DE4EAB6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Productivity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92896" behindDoc="0" locked="0" layoutInCell="1" allowOverlap="1" wp14:anchorId="1858104A" wp14:editId="0575A0F5">
                <wp:simplePos x="0" y="0"/>
                <wp:positionH relativeFrom="page">
                  <wp:posOffset>3568700</wp:posOffset>
                </wp:positionH>
                <wp:positionV relativeFrom="page">
                  <wp:posOffset>6070600</wp:posOffset>
                </wp:positionV>
                <wp:extent cx="203200" cy="254000"/>
                <wp:effectExtent l="0" t="0" r="0" b="0"/>
                <wp:wrapNone/>
                <wp:docPr id="1682997632" name="ace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60317" w14:textId="77777777" w:rsidR="0094514B" w:rsidRDefault="00000000">
                            <w:pPr>
                              <w:spacing w:after="0" w:line="330" w:lineRule="exact"/>
                            </w:pPr>
                            <w:r>
                              <w:rPr>
                                <w:b/>
                                <w:color w:val="92E5E0"/>
                                <w:sz w:val="30"/>
                              </w:rPr>
                              <w:t>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8104A" id="ace450" o:spid="_x0000_s1108" style="position:absolute;margin-left:281pt;margin-top:478pt;width:16pt;height:20pt;z-index:25179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2D160317" w14:textId="77777777" w:rsidR="0094514B" w:rsidRDefault="00000000">
                      <w:pPr>
                        <w:spacing w:after="0" w:line="330" w:lineRule="exact"/>
                      </w:pPr>
                      <w:r>
                        <w:rPr>
                          <w:b/>
                          <w:color w:val="92E5E0"/>
                          <w:sz w:val="30"/>
                        </w:rPr>
                        <w:t>↑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0CAC81B7" wp14:editId="50F9117C">
                <wp:simplePos x="0" y="0"/>
                <wp:positionH relativeFrom="page">
                  <wp:posOffset>3962400</wp:posOffset>
                </wp:positionH>
                <wp:positionV relativeFrom="page">
                  <wp:posOffset>5981700</wp:posOffset>
                </wp:positionV>
                <wp:extent cx="1041400" cy="1219200"/>
                <wp:effectExtent l="0" t="0" r="0" b="0"/>
                <wp:wrapNone/>
                <wp:docPr id="697169425" name="ace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1219200"/>
                        </a:xfrm>
                        <a:prstGeom prst="rect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F8F77" id="ace451" o:spid="_x0000_s1026" style="position:absolute;margin-left:312pt;margin-top:471pt;width:82pt;height:96pt;z-index:2517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" fillcolor="#008c98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7E20B13D" wp14:editId="473C6047">
                <wp:simplePos x="0" y="0"/>
                <wp:positionH relativeFrom="page">
                  <wp:posOffset>4300855</wp:posOffset>
                </wp:positionH>
                <wp:positionV relativeFrom="page">
                  <wp:posOffset>6192520</wp:posOffset>
                </wp:positionV>
                <wp:extent cx="100330" cy="125730"/>
                <wp:effectExtent l="12700" t="12700" r="13970" b="13970"/>
                <wp:wrapNone/>
                <wp:docPr id="304374440" name="ace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53554" id="ace453" o:spid="_x0000_s1026" style="position:absolute;margin-left:338.65pt;margin-top:487.6pt;width:7.9pt;height:9.9pt;z-index:25179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" path="m,1000l1000,e" filled="f" strokecolor="white" strokeweight="1.5pt">
                <v:path arrowok="t" o:connecttype="custom" o:connectlocs="0,125730;10033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72466C04" wp14:editId="12AAC8B2">
                <wp:simplePos x="0" y="0"/>
                <wp:positionH relativeFrom="page">
                  <wp:posOffset>4300855</wp:posOffset>
                </wp:positionH>
                <wp:positionV relativeFrom="page">
                  <wp:posOffset>6318250</wp:posOffset>
                </wp:positionV>
                <wp:extent cx="100330" cy="125730"/>
                <wp:effectExtent l="12700" t="12700" r="13970" b="13970"/>
                <wp:wrapNone/>
                <wp:docPr id="212906658" name="ace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2CA6D" id="ace455" o:spid="_x0000_s1026" style="position:absolute;margin-left:338.65pt;margin-top:497.5pt;width:7.9pt;height:9.9pt;z-index:25179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" path="m,l1000,1000e" filled="f" strokecolor="white" strokeweight="1.5pt">
                <v:path arrowok="t" o:connecttype="custom" o:connectlocs="0,0;100330,12573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3CE21614" wp14:editId="4875C6B2">
                <wp:simplePos x="0" y="0"/>
                <wp:positionH relativeFrom="page">
                  <wp:posOffset>4552315</wp:posOffset>
                </wp:positionH>
                <wp:positionV relativeFrom="page">
                  <wp:posOffset>6192520</wp:posOffset>
                </wp:positionV>
                <wp:extent cx="100330" cy="125730"/>
                <wp:effectExtent l="12700" t="12700" r="13970" b="13970"/>
                <wp:wrapNone/>
                <wp:docPr id="830831487" name="ace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B40F8" id="ace457" o:spid="_x0000_s1026" style="position:absolute;margin-left:358.45pt;margin-top:487.6pt;width:7.9pt;height:9.9pt;z-index:25179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" path="m,l1000,1000e" filled="f" strokecolor="white" strokeweight="1.5pt">
                <v:path arrowok="t" o:connecttype="custom" o:connectlocs="0,0;100330,12573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695474CD" wp14:editId="6811CA04">
                <wp:simplePos x="0" y="0"/>
                <wp:positionH relativeFrom="page">
                  <wp:posOffset>4552315</wp:posOffset>
                </wp:positionH>
                <wp:positionV relativeFrom="page">
                  <wp:posOffset>6318250</wp:posOffset>
                </wp:positionV>
                <wp:extent cx="100330" cy="125730"/>
                <wp:effectExtent l="12700" t="12700" r="13970" b="13970"/>
                <wp:wrapNone/>
                <wp:docPr id="1049963482" name="ace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00285" id="ace459" o:spid="_x0000_s1026" style="position:absolute;margin-left:358.45pt;margin-top:497.5pt;width:7.9pt;height:9.9pt;z-index:25179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" path="m,1000l1000,e" filled="f" strokecolor="white" strokeweight="1.5pt">
                <v:path arrowok="t" o:connecttype="custom" o:connectlocs="0,125730;10033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0D7FEABA" wp14:editId="7F5C8AED">
                <wp:simplePos x="0" y="0"/>
                <wp:positionH relativeFrom="page">
                  <wp:posOffset>4443095</wp:posOffset>
                </wp:positionH>
                <wp:positionV relativeFrom="page">
                  <wp:posOffset>6167120</wp:posOffset>
                </wp:positionV>
                <wp:extent cx="71120" cy="301625"/>
                <wp:effectExtent l="12700" t="12700" r="17780" b="15875"/>
                <wp:wrapNone/>
                <wp:docPr id="1611949972" name="ace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" cy="301625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8AF86" id="ace461" o:spid="_x0000_s1026" style="position:absolute;margin-left:349.85pt;margin-top:485.6pt;width:5.6pt;height:23.75pt;z-index:25179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" path="m,1000l1000,e" filled="f" strokecolor="white" strokeweight="1.5pt">
                <v:path arrowok="t" o:connecttype="custom" o:connectlocs="0,301625;7112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00064" behindDoc="0" locked="0" layoutInCell="1" allowOverlap="1" wp14:anchorId="1C4AB07E" wp14:editId="78619821">
                <wp:simplePos x="0" y="0"/>
                <wp:positionH relativeFrom="page">
                  <wp:posOffset>4025900</wp:posOffset>
                </wp:positionH>
                <wp:positionV relativeFrom="page">
                  <wp:posOffset>6616700</wp:posOffset>
                </wp:positionV>
                <wp:extent cx="914400" cy="393700"/>
                <wp:effectExtent l="0" t="0" r="0" b="0"/>
                <wp:wrapNone/>
                <wp:docPr id="560221502" name="ace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DB9171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Coding</w:t>
                            </w:r>
                          </w:p>
                          <w:p w14:paraId="2B676E19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Consistency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AB07E" id="ace462" o:spid="_x0000_s1109" style="position:absolute;margin-left:317pt;margin-top:521pt;width:1in;height:31pt;z-index:25180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3DDB9171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Coding</w:t>
                      </w:r>
                    </w:p>
                    <w:p w14:paraId="2B676E19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Consistency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01088" behindDoc="0" locked="0" layoutInCell="1" allowOverlap="1" wp14:anchorId="53161955" wp14:editId="11D6A893">
                <wp:simplePos x="0" y="0"/>
                <wp:positionH relativeFrom="page">
                  <wp:posOffset>4762500</wp:posOffset>
                </wp:positionH>
                <wp:positionV relativeFrom="page">
                  <wp:posOffset>6070600</wp:posOffset>
                </wp:positionV>
                <wp:extent cx="203200" cy="254000"/>
                <wp:effectExtent l="0" t="0" r="0" b="0"/>
                <wp:wrapNone/>
                <wp:docPr id="1734625831" name="ace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9A6C42" w14:textId="77777777" w:rsidR="0094514B" w:rsidRDefault="00000000">
                            <w:pPr>
                              <w:spacing w:after="0" w:line="330" w:lineRule="exact"/>
                            </w:pPr>
                            <w:r>
                              <w:rPr>
                                <w:b/>
                                <w:color w:val="92E5E0"/>
                                <w:sz w:val="30"/>
                              </w:rPr>
                              <w:t>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61955" id="ace463" o:spid="_x0000_s1110" style="position:absolute;margin-left:375pt;margin-top:478pt;width:16pt;height:20pt;z-index:25180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689A6C42" w14:textId="77777777" w:rsidR="0094514B" w:rsidRDefault="00000000">
                      <w:pPr>
                        <w:spacing w:after="0" w:line="330" w:lineRule="exact"/>
                      </w:pPr>
                      <w:r>
                        <w:rPr>
                          <w:b/>
                          <w:color w:val="92E5E0"/>
                          <w:sz w:val="30"/>
                        </w:rPr>
                        <w:t>↑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730DC8F2" wp14:editId="72E2D8EF">
                <wp:simplePos x="0" y="0"/>
                <wp:positionH relativeFrom="page">
                  <wp:posOffset>5156200</wp:posOffset>
                </wp:positionH>
                <wp:positionV relativeFrom="page">
                  <wp:posOffset>5981700</wp:posOffset>
                </wp:positionV>
                <wp:extent cx="1041400" cy="1219200"/>
                <wp:effectExtent l="0" t="0" r="0" b="0"/>
                <wp:wrapNone/>
                <wp:docPr id="1593990290" name="ace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1219200"/>
                        </a:xfrm>
                        <a:prstGeom prst="rect">
                          <a:avLst/>
                        </a:prstGeom>
                        <a:solidFill>
                          <a:srgbClr val="102B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5B619" id="ace464" o:spid="_x0000_s1026" style="position:absolute;margin-left:406pt;margin-top:471pt;width:82pt;height:96pt;z-index:25180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" fillcolor="#102b4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03A92DC2" wp14:editId="0C4D125E">
                <wp:simplePos x="0" y="0"/>
                <wp:positionH relativeFrom="page">
                  <wp:posOffset>5461000</wp:posOffset>
                </wp:positionH>
                <wp:positionV relativeFrom="page">
                  <wp:posOffset>6108700</wp:posOffset>
                </wp:positionV>
                <wp:extent cx="419100" cy="419100"/>
                <wp:effectExtent l="0" t="0" r="0" b="0"/>
                <wp:wrapNone/>
                <wp:docPr id="1746925583" name="ace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0" cy="419100"/>
                        </a:xfrm>
                        <a:custGeom>
                          <a:avLst/>
                          <a:gdLst>
                            <a:gd name="T0" fmla="*/ 500 w 1000"/>
                            <a:gd name="T1" fmla="*/ 0 h 1000"/>
                            <a:gd name="T2" fmla="*/ 1000 w 1000"/>
                            <a:gd name="T3" fmla="*/ 170 h 1000"/>
                            <a:gd name="T4" fmla="*/ 900 w 1000"/>
                            <a:gd name="T5" fmla="*/ 660 h 1000"/>
                            <a:gd name="T6" fmla="*/ 500 w 1000"/>
                            <a:gd name="T7" fmla="*/ 1000 h 1000"/>
                            <a:gd name="T8" fmla="*/ 100 w 1000"/>
                            <a:gd name="T9" fmla="*/ 660 h 1000"/>
                            <a:gd name="T10" fmla="*/ 0 w 1000"/>
                            <a:gd name="T11" fmla="*/ 17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500" y="0"/>
                              </a:moveTo>
                              <a:lnTo>
                                <a:pt x="1000" y="170"/>
                              </a:lnTo>
                              <a:lnTo>
                                <a:pt x="900" y="660"/>
                              </a:lnTo>
                              <a:lnTo>
                                <a:pt x="500" y="1000"/>
                              </a:lnTo>
                              <a:lnTo>
                                <a:pt x="100" y="660"/>
                              </a:lnTo>
                              <a:lnTo>
                                <a:pt x="0" y="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46431" id="ace465" o:spid="_x0000_s1026" style="position:absolute;margin-left:430pt;margin-top:481pt;width:33pt;height:33pt;z-index:2518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" path="m500,r500,170l900,660,500,1000,100,660,,170,500,xe" stroked="f" strokecolor="white" strokeweight=".7pt">
                <v:path arrowok="t" o:connecttype="custom" o:connectlocs="209550,0;419100,71247;377190,276606;209550,419100;41910,276606;0,71247" o:connectangles="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03C65E0B" wp14:editId="6C1280D1">
                <wp:simplePos x="0" y="0"/>
                <wp:positionH relativeFrom="page">
                  <wp:posOffset>5565775</wp:posOffset>
                </wp:positionH>
                <wp:positionV relativeFrom="page">
                  <wp:posOffset>6301740</wp:posOffset>
                </wp:positionV>
                <wp:extent cx="75565" cy="71120"/>
                <wp:effectExtent l="12700" t="12700" r="13335" b="17780"/>
                <wp:wrapNone/>
                <wp:docPr id="1192187620" name="ace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" cy="7112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102B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82EA9" id="ace467" o:spid="_x0000_s1026" style="position:absolute;margin-left:438.25pt;margin-top:496.2pt;width:5.95pt;height:5.6pt;z-index:25180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" path="m,l1000,1000e" filled="f" strokecolor="#102b46" strokeweight="2pt">
                <v:path arrowok="t" o:connecttype="custom" o:connectlocs="0,0;75565,7112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1CE4D44E" wp14:editId="11B169EA">
                <wp:simplePos x="0" y="0"/>
                <wp:positionH relativeFrom="page">
                  <wp:posOffset>5641340</wp:posOffset>
                </wp:positionH>
                <wp:positionV relativeFrom="page">
                  <wp:posOffset>6229985</wp:posOffset>
                </wp:positionV>
                <wp:extent cx="138430" cy="142240"/>
                <wp:effectExtent l="12700" t="12700" r="13970" b="10160"/>
                <wp:wrapNone/>
                <wp:docPr id="1285818253" name="ace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430" cy="142240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102B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BC299" id="ace469" o:spid="_x0000_s1026" style="position:absolute;margin-left:444.2pt;margin-top:490.55pt;width:10.9pt;height:11.2pt;z-index:25180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" path="m,1000l1000,e" filled="f" strokecolor="#102b46" strokeweight="2pt">
                <v:path arrowok="t" o:connecttype="custom" o:connectlocs="0,142240;13843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06208" behindDoc="0" locked="0" layoutInCell="1" allowOverlap="1" wp14:anchorId="5E38E49D" wp14:editId="47A73420">
                <wp:simplePos x="0" y="0"/>
                <wp:positionH relativeFrom="page">
                  <wp:posOffset>5219700</wp:posOffset>
                </wp:positionH>
                <wp:positionV relativeFrom="page">
                  <wp:posOffset>6616700</wp:posOffset>
                </wp:positionV>
                <wp:extent cx="914400" cy="393700"/>
                <wp:effectExtent l="0" t="0" r="0" b="0"/>
                <wp:wrapNone/>
                <wp:docPr id="1833300200" name="ace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2CB77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Preventable</w:t>
                            </w:r>
                          </w:p>
                          <w:p w14:paraId="22245AD1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Denials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8E49D" id="ace470" o:spid="_x0000_s1111" style="position:absolute;margin-left:411pt;margin-top:521pt;width:1in;height:31pt;z-index:2518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0D62CB77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Preventable</w:t>
                      </w:r>
                    </w:p>
                    <w:p w14:paraId="22245AD1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Denials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07232" behindDoc="0" locked="0" layoutInCell="1" allowOverlap="1" wp14:anchorId="74878856" wp14:editId="0E864DD8">
                <wp:simplePos x="0" y="0"/>
                <wp:positionH relativeFrom="page">
                  <wp:posOffset>5956300</wp:posOffset>
                </wp:positionH>
                <wp:positionV relativeFrom="page">
                  <wp:posOffset>6070600</wp:posOffset>
                </wp:positionV>
                <wp:extent cx="203200" cy="254000"/>
                <wp:effectExtent l="0" t="0" r="0" b="0"/>
                <wp:wrapNone/>
                <wp:docPr id="1840867246" name="ace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FF51B" w14:textId="77777777" w:rsidR="0094514B" w:rsidRDefault="00000000">
                            <w:pPr>
                              <w:spacing w:after="0" w:line="330" w:lineRule="exact"/>
                            </w:pPr>
                            <w:r>
                              <w:rPr>
                                <w:b/>
                                <w:color w:val="92E5E0"/>
                                <w:sz w:val="30"/>
                              </w:rPr>
                              <w:t>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78856" id="ace471" o:spid="_x0000_s1112" style="position:absolute;margin-left:469pt;margin-top:478pt;width:16pt;height:20pt;z-index:25180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4E6FF51B" w14:textId="77777777" w:rsidR="0094514B" w:rsidRDefault="00000000">
                      <w:pPr>
                        <w:spacing w:after="0" w:line="330" w:lineRule="exact"/>
                      </w:pPr>
                      <w:r>
                        <w:rPr>
                          <w:b/>
                          <w:color w:val="92E5E0"/>
                          <w:sz w:val="30"/>
                        </w:rPr>
                        <w:t>↓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51652206" wp14:editId="2FD70FC1">
                <wp:simplePos x="0" y="0"/>
                <wp:positionH relativeFrom="page">
                  <wp:posOffset>6350000</wp:posOffset>
                </wp:positionH>
                <wp:positionV relativeFrom="page">
                  <wp:posOffset>5981700</wp:posOffset>
                </wp:positionV>
                <wp:extent cx="1041400" cy="1219200"/>
                <wp:effectExtent l="0" t="0" r="0" b="0"/>
                <wp:wrapNone/>
                <wp:docPr id="999361793" name="ace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1219200"/>
                        </a:xfrm>
                        <a:prstGeom prst="rect">
                          <a:avLst/>
                        </a:pr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0E414" id="ace472" o:spid="_x0000_s1026" style="position:absolute;margin-left:500pt;margin-top:471pt;width:82pt;height:96pt;z-index:25180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" fillcolor="#008c98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68843534" wp14:editId="32FA00C8">
                <wp:simplePos x="0" y="0"/>
                <wp:positionH relativeFrom="page">
                  <wp:posOffset>6734175</wp:posOffset>
                </wp:positionH>
                <wp:positionV relativeFrom="page">
                  <wp:posOffset>6142355</wp:posOffset>
                </wp:positionV>
                <wp:extent cx="247015" cy="343535"/>
                <wp:effectExtent l="0" t="0" r="6985" b="12065"/>
                <wp:wrapNone/>
                <wp:docPr id="1916203334" name="ace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015" cy="343535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5D409" id="ace473" o:spid="_x0000_s1026" style="position:absolute;margin-left:530.25pt;margin-top:483.65pt;width:19.45pt;height:27.05pt;z-index:25180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" fill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3BFCB9EB" wp14:editId="69754E3A">
                <wp:simplePos x="0" y="0"/>
                <wp:positionH relativeFrom="page">
                  <wp:posOffset>6780530</wp:posOffset>
                </wp:positionH>
                <wp:positionV relativeFrom="page">
                  <wp:posOffset>6234430</wp:posOffset>
                </wp:positionV>
                <wp:extent cx="151130" cy="1270"/>
                <wp:effectExtent l="12700" t="12700" r="13970" b="24130"/>
                <wp:wrapNone/>
                <wp:docPr id="145987907" name="ace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13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44692" id="ace475" o:spid="_x0000_s1026" style="position:absolute;margin-left:533.9pt;margin-top:490.9pt;width:11.9pt;height:.1pt;z-index:25181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" path="m,l1000,1000e" filled="f" strokecolor="white" strokeweight="1.5pt">
                <v:path arrowok="t" o:connecttype="custom" o:connectlocs="0,0;15113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5446E973" wp14:editId="3F76CD93">
                <wp:simplePos x="0" y="0"/>
                <wp:positionH relativeFrom="page">
                  <wp:posOffset>6780530</wp:posOffset>
                </wp:positionH>
                <wp:positionV relativeFrom="page">
                  <wp:posOffset>6292850</wp:posOffset>
                </wp:positionV>
                <wp:extent cx="151130" cy="1270"/>
                <wp:effectExtent l="12700" t="12700" r="13970" b="24130"/>
                <wp:wrapNone/>
                <wp:docPr id="435752737" name="ace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13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C45BE" id="ace477" o:spid="_x0000_s1026" style="position:absolute;margin-left:533.9pt;margin-top:495.5pt;width:11.9pt;height:.1pt;z-index:2518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" path="m,l1000,1000e" filled="f" strokecolor="white" strokeweight="1.5pt">
                <v:path arrowok="t" o:connecttype="custom" o:connectlocs="0,0;15113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4BB9505A" wp14:editId="1F4C5F45">
                <wp:simplePos x="0" y="0"/>
                <wp:positionH relativeFrom="page">
                  <wp:posOffset>6780530</wp:posOffset>
                </wp:positionH>
                <wp:positionV relativeFrom="page">
                  <wp:posOffset>6351905</wp:posOffset>
                </wp:positionV>
                <wp:extent cx="151130" cy="1270"/>
                <wp:effectExtent l="12700" t="12700" r="13970" b="24130"/>
                <wp:wrapNone/>
                <wp:docPr id="1620519316" name="ace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130" cy="127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57160" id="ace479" o:spid="_x0000_s1026" style="position:absolute;margin-left:533.9pt;margin-top:500.15pt;width:11.9pt;height:.1pt;z-index:25181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" path="m,l1000,1000e" filled="f" strokecolor="white" strokeweight="1.5pt">
                <v:path arrowok="t" o:connecttype="custom" o:connectlocs="0,0;151130,127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4FEF93FC" wp14:editId="350D140C">
                <wp:simplePos x="0" y="0"/>
                <wp:positionH relativeFrom="page">
                  <wp:posOffset>6830695</wp:posOffset>
                </wp:positionH>
                <wp:positionV relativeFrom="page">
                  <wp:posOffset>6410325</wp:posOffset>
                </wp:positionV>
                <wp:extent cx="50165" cy="46355"/>
                <wp:effectExtent l="12700" t="12700" r="13335" b="17145"/>
                <wp:wrapNone/>
                <wp:docPr id="89269395" name="ace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165" cy="4635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1000 w 1000"/>
                            <a:gd name="T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1000" y="100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735D4" id="ace481" o:spid="_x0000_s1026" style="position:absolute;margin-left:537.85pt;margin-top:504.75pt;width:3.95pt;height:3.65pt;z-index:25181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" path="m,l1000,1000e" filled="f" strokecolor="white" strokeweight="1.5pt">
                <v:path arrowok="t" o:connecttype="custom" o:connectlocs="0,0;50165,46355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51C6E09B" wp14:editId="55A388C0">
                <wp:simplePos x="0" y="0"/>
                <wp:positionH relativeFrom="page">
                  <wp:posOffset>6880860</wp:posOffset>
                </wp:positionH>
                <wp:positionV relativeFrom="page">
                  <wp:posOffset>6322695</wp:posOffset>
                </wp:positionV>
                <wp:extent cx="133985" cy="133985"/>
                <wp:effectExtent l="12700" t="12700" r="18415" b="18415"/>
                <wp:wrapNone/>
                <wp:docPr id="798898451" name="ace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custGeom>
                          <a:avLst/>
                          <a:gdLst>
                            <a:gd name="T0" fmla="*/ 0 w 1000"/>
                            <a:gd name="T1" fmla="*/ 1000 h 1000"/>
                            <a:gd name="T2" fmla="*/ 1000 w 1000"/>
                            <a:gd name="T3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1000"/>
                              </a:moveTo>
                              <a:lnTo>
                                <a:pt x="100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5E828" id="ace483" o:spid="_x0000_s1026" style="position:absolute;margin-left:541.8pt;margin-top:497.85pt;width:10.55pt;height:10.55pt;z-index:25181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" path="m,1000l1000,e" filled="f" strokecolor="white" strokeweight="1.5pt">
                <v:path arrowok="t" o:connecttype="custom" o:connectlocs="0,133985;133985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15424" behindDoc="0" locked="0" layoutInCell="1" allowOverlap="1" wp14:anchorId="7DC223E9" wp14:editId="1BE88CA5">
                <wp:simplePos x="0" y="0"/>
                <wp:positionH relativeFrom="page">
                  <wp:posOffset>6413500</wp:posOffset>
                </wp:positionH>
                <wp:positionV relativeFrom="page">
                  <wp:posOffset>6616700</wp:posOffset>
                </wp:positionV>
                <wp:extent cx="914400" cy="393700"/>
                <wp:effectExtent l="0" t="0" r="0" b="0"/>
                <wp:wrapNone/>
                <wp:docPr id="1577946070" name="ace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3338F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Audit</w:t>
                            </w:r>
                          </w:p>
                          <w:p w14:paraId="6D7DE8B6" w14:textId="77777777" w:rsidR="0094514B" w:rsidRDefault="00000000">
                            <w:pPr>
                              <w:spacing w:after="0" w:line="198" w:lineRule="exact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Readiness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223E9" id="ace484" o:spid="_x0000_s1113" style="position:absolute;margin-left:505pt;margin-top:521pt;width:1in;height:31pt;z-index:25181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7C23338F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Audit</w:t>
                      </w:r>
                    </w:p>
                    <w:p w14:paraId="6D7DE8B6" w14:textId="77777777" w:rsidR="0094514B" w:rsidRDefault="00000000">
                      <w:pPr>
                        <w:spacing w:after="0" w:line="198" w:lineRule="exact"/>
                        <w:jc w:val="center"/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Readiness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16448" behindDoc="0" locked="0" layoutInCell="1" allowOverlap="1" wp14:anchorId="4368581A" wp14:editId="1508C633">
                <wp:simplePos x="0" y="0"/>
                <wp:positionH relativeFrom="page">
                  <wp:posOffset>7150100</wp:posOffset>
                </wp:positionH>
                <wp:positionV relativeFrom="page">
                  <wp:posOffset>6070600</wp:posOffset>
                </wp:positionV>
                <wp:extent cx="203200" cy="254000"/>
                <wp:effectExtent l="0" t="0" r="0" b="0"/>
                <wp:wrapNone/>
                <wp:docPr id="1584848524" name="ace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B0996" w14:textId="77777777" w:rsidR="0094514B" w:rsidRDefault="00000000">
                            <w:pPr>
                              <w:spacing w:after="0" w:line="330" w:lineRule="exact"/>
                            </w:pPr>
                            <w:r>
                              <w:rPr>
                                <w:b/>
                                <w:color w:val="92E5E0"/>
                                <w:sz w:val="30"/>
                              </w:rPr>
                              <w:t>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8581A" id="ace485" o:spid="_x0000_s1114" style="position:absolute;margin-left:563pt;margin-top:478pt;width:16pt;height:20pt;z-index:25181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752B0996" w14:textId="77777777" w:rsidR="0094514B" w:rsidRDefault="00000000">
                      <w:pPr>
                        <w:spacing w:after="0" w:line="330" w:lineRule="exact"/>
                      </w:pPr>
                      <w:r>
                        <w:rPr>
                          <w:b/>
                          <w:color w:val="92E5E0"/>
                          <w:sz w:val="30"/>
                        </w:rPr>
                        <w:t>↑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17472" behindDoc="0" locked="0" layoutInCell="1" allowOverlap="1" wp14:anchorId="0CA84375" wp14:editId="2E30AA6F">
                <wp:simplePos x="0" y="0"/>
                <wp:positionH relativeFrom="page">
                  <wp:posOffset>381000</wp:posOffset>
                </wp:positionH>
                <wp:positionV relativeFrom="page">
                  <wp:posOffset>7277100</wp:posOffset>
                </wp:positionV>
                <wp:extent cx="7010400" cy="165100"/>
                <wp:effectExtent l="0" t="0" r="0" b="0"/>
                <wp:wrapNone/>
                <wp:docPr id="1818116245" name="ace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0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33761" w14:textId="77777777" w:rsidR="0094514B" w:rsidRDefault="00000000">
                            <w:pPr>
                              <w:spacing w:after="0" w:line="165" w:lineRule="exact"/>
                            </w:pPr>
                            <w:r>
                              <w:rPr>
                                <w:color w:val="526B7F"/>
                                <w:sz w:val="15"/>
                              </w:rPr>
                              <w:t>Directional outcomes for measurement; results depend on deployment and workflow.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84375" id="ace486" o:spid="_x0000_s1115" style="position:absolute;margin-left:30pt;margin-top:573pt;width:552pt;height:13pt;z-index:25181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" filled="f" stroked="f" strokecolor="white" strokeweight=".7pt">
                <v:path arrowok="t"/>
                <v:textbox inset="0,0,0,0">
                  <w:txbxContent>
                    <w:p w14:paraId="37733761" w14:textId="77777777" w:rsidR="0094514B" w:rsidRDefault="00000000">
                      <w:pPr>
                        <w:spacing w:after="0" w:line="165" w:lineRule="exact"/>
                      </w:pPr>
                      <w:r>
                        <w:rPr>
                          <w:color w:val="526B7F"/>
                          <w:sz w:val="15"/>
                        </w:rPr>
                        <w:t>Directional outcomes for measurement; results depend on deployment and workflow.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18496" behindDoc="0" locked="0" layoutInCell="1" allowOverlap="1" wp14:anchorId="1C073061" wp14:editId="5AD7BAB9">
                <wp:simplePos x="0" y="0"/>
                <wp:positionH relativeFrom="page">
                  <wp:posOffset>381000</wp:posOffset>
                </wp:positionH>
                <wp:positionV relativeFrom="page">
                  <wp:posOffset>7556500</wp:posOffset>
                </wp:positionV>
                <wp:extent cx="317500" cy="228600"/>
                <wp:effectExtent l="0" t="0" r="0" b="0"/>
                <wp:wrapNone/>
                <wp:docPr id="1378927203" name="ace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529B1" w14:textId="77777777" w:rsidR="0094514B" w:rsidRDefault="00000000">
                            <w:pPr>
                              <w:spacing w:after="0" w:line="220" w:lineRule="exact"/>
                            </w:pPr>
                            <w:r>
                              <w:rPr>
                                <w:b/>
                                <w:color w:val="008C98"/>
                              </w:rPr>
                              <w:t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73061" id="ace487" o:spid="_x0000_s1116" style="position:absolute;margin-left:30pt;margin-top:595pt;width:25pt;height:18pt;z-index:25181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" filled="f" stroked="f" strokecolor="white" strokeweight=".7pt">
                <v:path arrowok="t"/>
                <v:textbox inset="0,0,0,0">
                  <w:txbxContent>
                    <w:p w14:paraId="252529B1" w14:textId="77777777" w:rsidR="0094514B" w:rsidRDefault="00000000">
                      <w:pPr>
                        <w:spacing w:after="0" w:line="220" w:lineRule="exact"/>
                      </w:pPr>
                      <w:r>
                        <w:rPr>
                          <w:b/>
                          <w:color w:val="008C98"/>
                        </w:rPr>
                        <w:t>03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19520" behindDoc="0" locked="0" layoutInCell="1" allowOverlap="1" wp14:anchorId="212341F8" wp14:editId="60A69D1C">
                <wp:simplePos x="0" y="0"/>
                <wp:positionH relativeFrom="page">
                  <wp:posOffset>723900</wp:posOffset>
                </wp:positionH>
                <wp:positionV relativeFrom="page">
                  <wp:posOffset>7556500</wp:posOffset>
                </wp:positionV>
                <wp:extent cx="6667500" cy="254000"/>
                <wp:effectExtent l="0" t="0" r="0" b="0"/>
                <wp:wrapNone/>
                <wp:docPr id="1223173247" name="ace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14496" w14:textId="77777777" w:rsidR="0094514B" w:rsidRDefault="00000000">
                            <w:pPr>
                              <w:spacing w:after="0" w:line="286" w:lineRule="exact"/>
                            </w:pPr>
                            <w:r>
                              <w:rPr>
                                <w:b/>
                                <w:color w:val="102B46"/>
                                <w:sz w:val="26"/>
                              </w:rPr>
                              <w:t>Traditional Coding vs ACE Operating Model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341F8" id="ace488" o:spid="_x0000_s1117" style="position:absolute;margin-left:57pt;margin-top:595pt;width:525pt;height:20pt;z-index:25181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7E914496" w14:textId="77777777" w:rsidR="0094514B" w:rsidRDefault="00000000">
                      <w:pPr>
                        <w:spacing w:after="0" w:line="286" w:lineRule="exact"/>
                      </w:pPr>
                      <w:r>
                        <w:rPr>
                          <w:b/>
                          <w:color w:val="102B46"/>
                          <w:sz w:val="26"/>
                        </w:rPr>
                        <w:t>Traditional Coding vs ACE Operating Model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72E62917" wp14:editId="02C3431B">
                <wp:simplePos x="0" y="0"/>
                <wp:positionH relativeFrom="page">
                  <wp:posOffset>381000</wp:posOffset>
                </wp:positionH>
                <wp:positionV relativeFrom="page">
                  <wp:posOffset>7912100</wp:posOffset>
                </wp:positionV>
                <wp:extent cx="2235200" cy="660400"/>
                <wp:effectExtent l="0" t="0" r="0" b="0"/>
                <wp:wrapNone/>
                <wp:docPr id="1142763338" name="ace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200" cy="6604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06232" id="ace489" o:spid="_x0000_s1026" style="position:absolute;margin-left:30pt;margin-top:623pt;width:176pt;height:52pt;z-index:25182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21568" behindDoc="0" locked="0" layoutInCell="1" allowOverlap="1" wp14:anchorId="17F21DEE" wp14:editId="3E72F301">
                <wp:simplePos x="0" y="0"/>
                <wp:positionH relativeFrom="page">
                  <wp:posOffset>482600</wp:posOffset>
                </wp:positionH>
                <wp:positionV relativeFrom="page">
                  <wp:posOffset>8001000</wp:posOffset>
                </wp:positionV>
                <wp:extent cx="2032000" cy="177800"/>
                <wp:effectExtent l="0" t="0" r="0" b="0"/>
                <wp:wrapNone/>
                <wp:docPr id="1291101803" name="ace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15D817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Manual chart review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21DEE" id="ace490" o:spid="_x0000_s1118" style="position:absolute;margin-left:38pt;margin-top:630pt;width:160pt;height:14pt;z-index:25182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1615D817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Manual chart review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5AE1390A" wp14:editId="0D562002">
                <wp:simplePos x="0" y="0"/>
                <wp:positionH relativeFrom="page">
                  <wp:posOffset>482600</wp:posOffset>
                </wp:positionH>
                <wp:positionV relativeFrom="page">
                  <wp:posOffset>8267700</wp:posOffset>
                </wp:positionV>
                <wp:extent cx="165100" cy="139700"/>
                <wp:effectExtent l="0" t="0" r="0" b="0"/>
                <wp:wrapNone/>
                <wp:docPr id="1343966503" name="ace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397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71413" id="ace491" o:spid="_x0000_s1026" style="position:absolute;margin-left:38pt;margin-top:651pt;width:13pt;height:11pt;z-index:25182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" path="m,300r650,l650,r350,500l650,1000r,-300l,700,,300xe" fillcolor="#008c98" stroked="f" strokecolor="white" strokeweight=".7pt">
                <v:path arrowok="t" o:connecttype="custom" o:connectlocs="0,41910;107315,41910;107315,0;165100,69850;107315,139700;107315,97790;0,9779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23616" behindDoc="0" locked="0" layoutInCell="1" allowOverlap="1" wp14:anchorId="3C16AB5E" wp14:editId="4CB9094B">
                <wp:simplePos x="0" y="0"/>
                <wp:positionH relativeFrom="page">
                  <wp:posOffset>749300</wp:posOffset>
                </wp:positionH>
                <wp:positionV relativeFrom="page">
                  <wp:posOffset>8267700</wp:posOffset>
                </wp:positionV>
                <wp:extent cx="1790700" cy="292100"/>
                <wp:effectExtent l="0" t="0" r="0" b="0"/>
                <wp:wrapNone/>
                <wp:docPr id="502980752" name="ace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F1F32" w14:textId="77777777" w:rsidR="0094514B" w:rsidRDefault="00000000">
                            <w:pPr>
                              <w:spacing w:after="0" w:line="187" w:lineRule="exact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AI clinical interpretation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6AB5E" id="ace492" o:spid="_x0000_s1119" style="position:absolute;margin-left:59pt;margin-top:651pt;width:141pt;height:23pt;z-index:25182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75BF1F32" w14:textId="77777777" w:rsidR="0094514B" w:rsidRDefault="00000000">
                      <w:pPr>
                        <w:spacing w:after="0" w:line="187" w:lineRule="exact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AI clinical interpretation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71A65B68" wp14:editId="160DAAD5">
                <wp:simplePos x="0" y="0"/>
                <wp:positionH relativeFrom="page">
                  <wp:posOffset>2768600</wp:posOffset>
                </wp:positionH>
                <wp:positionV relativeFrom="page">
                  <wp:posOffset>7912100</wp:posOffset>
                </wp:positionV>
                <wp:extent cx="2235200" cy="660400"/>
                <wp:effectExtent l="0" t="0" r="0" b="0"/>
                <wp:wrapNone/>
                <wp:docPr id="1749417718" name="ace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200" cy="6604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13980" id="ace493" o:spid="_x0000_s1026" style="position:absolute;margin-left:218pt;margin-top:623pt;width:176pt;height:52pt;z-index:25182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25664" behindDoc="0" locked="0" layoutInCell="1" allowOverlap="1" wp14:anchorId="255F5F35" wp14:editId="56D44613">
                <wp:simplePos x="0" y="0"/>
                <wp:positionH relativeFrom="page">
                  <wp:posOffset>2870200</wp:posOffset>
                </wp:positionH>
                <wp:positionV relativeFrom="page">
                  <wp:posOffset>8001000</wp:posOffset>
                </wp:positionV>
                <wp:extent cx="2032000" cy="177800"/>
                <wp:effectExtent l="0" t="0" r="0" b="0"/>
                <wp:wrapNone/>
                <wp:docPr id="379801914" name="ace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55382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Uniform manual effort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F5F35" id="ace494" o:spid="_x0000_s1120" style="position:absolute;margin-left:226pt;margin-top:630pt;width:160pt;height:14pt;z-index:25182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26255382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Uniform manual effort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28912E3B" wp14:editId="64A7536A">
                <wp:simplePos x="0" y="0"/>
                <wp:positionH relativeFrom="page">
                  <wp:posOffset>2870200</wp:posOffset>
                </wp:positionH>
                <wp:positionV relativeFrom="page">
                  <wp:posOffset>8267700</wp:posOffset>
                </wp:positionV>
                <wp:extent cx="165100" cy="139700"/>
                <wp:effectExtent l="0" t="0" r="0" b="0"/>
                <wp:wrapNone/>
                <wp:docPr id="664754005" name="ace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397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D73A9" id="ace495" o:spid="_x0000_s1026" style="position:absolute;margin-left:226pt;margin-top:651pt;width:13pt;height:11pt;z-index:25182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" path="m,300r650,l650,r350,500l650,1000r,-300l,700,,300xe" fillcolor="#008c98" stroked="f" strokecolor="white" strokeweight=".7pt">
                <v:path arrowok="t" o:connecttype="custom" o:connectlocs="0,41910;107315,41910;107315,0;165100,69850;107315,139700;107315,97790;0,9779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27712" behindDoc="0" locked="0" layoutInCell="1" allowOverlap="1" wp14:anchorId="0237FC61" wp14:editId="38D9B3CF">
                <wp:simplePos x="0" y="0"/>
                <wp:positionH relativeFrom="page">
                  <wp:posOffset>3136900</wp:posOffset>
                </wp:positionH>
                <wp:positionV relativeFrom="page">
                  <wp:posOffset>8267700</wp:posOffset>
                </wp:positionV>
                <wp:extent cx="1790700" cy="292100"/>
                <wp:effectExtent l="0" t="0" r="0" b="0"/>
                <wp:wrapNone/>
                <wp:docPr id="300409515" name="ace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AB593D" w14:textId="77777777" w:rsidR="0094514B" w:rsidRDefault="00000000">
                            <w:pPr>
                              <w:spacing w:after="0" w:line="187" w:lineRule="exact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Confidence-based automation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7FC61" id="ace496" o:spid="_x0000_s1121" style="position:absolute;margin-left:247pt;margin-top:651pt;width:141pt;height:23pt;z-index:25182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2FAB593D" w14:textId="77777777" w:rsidR="0094514B" w:rsidRDefault="00000000">
                      <w:pPr>
                        <w:spacing w:after="0" w:line="187" w:lineRule="exact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Confidence-based automation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12D3EA3D" wp14:editId="66CDEF10">
                <wp:simplePos x="0" y="0"/>
                <wp:positionH relativeFrom="page">
                  <wp:posOffset>5156200</wp:posOffset>
                </wp:positionH>
                <wp:positionV relativeFrom="page">
                  <wp:posOffset>7912100</wp:posOffset>
                </wp:positionV>
                <wp:extent cx="2235200" cy="660400"/>
                <wp:effectExtent l="0" t="0" r="0" b="0"/>
                <wp:wrapNone/>
                <wp:docPr id="1647568109" name="ace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200" cy="6604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36008" id="ace497" o:spid="_x0000_s1026" style="position:absolute;margin-left:406pt;margin-top:623pt;width:176pt;height:52pt;z-index:25182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29760" behindDoc="0" locked="0" layoutInCell="1" allowOverlap="1" wp14:anchorId="05592EE7" wp14:editId="49691195">
                <wp:simplePos x="0" y="0"/>
                <wp:positionH relativeFrom="page">
                  <wp:posOffset>5257800</wp:posOffset>
                </wp:positionH>
                <wp:positionV relativeFrom="page">
                  <wp:posOffset>8001000</wp:posOffset>
                </wp:positionV>
                <wp:extent cx="2032000" cy="177800"/>
                <wp:effectExtent l="0" t="0" r="0" b="0"/>
                <wp:wrapNone/>
                <wp:docPr id="2060723329" name="ace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BB34F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Codes apart from evidence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92EE7" id="ace498" o:spid="_x0000_s1122" style="position:absolute;margin-left:414pt;margin-top:630pt;width:160pt;height:14pt;z-index:25182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09ABB34F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Codes apart from evidence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5ED46DC6" wp14:editId="16842D4F">
                <wp:simplePos x="0" y="0"/>
                <wp:positionH relativeFrom="page">
                  <wp:posOffset>5257800</wp:posOffset>
                </wp:positionH>
                <wp:positionV relativeFrom="page">
                  <wp:posOffset>8267700</wp:posOffset>
                </wp:positionV>
                <wp:extent cx="165100" cy="139700"/>
                <wp:effectExtent l="0" t="0" r="0" b="0"/>
                <wp:wrapNone/>
                <wp:docPr id="642223346" name="ace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397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F89CE" id="ace499" o:spid="_x0000_s1026" style="position:absolute;margin-left:414pt;margin-top:651pt;width:13pt;height:11pt;z-index:25183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" path="m,300r650,l650,r350,500l650,1000r,-300l,700,,300xe" fillcolor="#008c98" stroked="f" strokecolor="white" strokeweight=".7pt">
                <v:path arrowok="t" o:connecttype="custom" o:connectlocs="0,41910;107315,41910;107315,0;165100,69850;107315,139700;107315,97790;0,9779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31808" behindDoc="0" locked="0" layoutInCell="1" allowOverlap="1" wp14:anchorId="67CAE426" wp14:editId="6D9F6556">
                <wp:simplePos x="0" y="0"/>
                <wp:positionH relativeFrom="page">
                  <wp:posOffset>5524500</wp:posOffset>
                </wp:positionH>
                <wp:positionV relativeFrom="page">
                  <wp:posOffset>8267700</wp:posOffset>
                </wp:positionV>
                <wp:extent cx="1790700" cy="292100"/>
                <wp:effectExtent l="0" t="0" r="0" b="0"/>
                <wp:wrapNone/>
                <wp:docPr id="1177177478" name="ace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172106" w14:textId="77777777" w:rsidR="0094514B" w:rsidRDefault="00000000">
                            <w:pPr>
                              <w:spacing w:after="0" w:line="187" w:lineRule="exact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Evidence-linked recommendations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AE426" id="ace500" o:spid="_x0000_s1123" style="position:absolute;margin-left:435pt;margin-top:651pt;width:141pt;height:23pt;z-index:25183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7F172106" w14:textId="77777777" w:rsidR="0094514B" w:rsidRDefault="00000000">
                      <w:pPr>
                        <w:spacing w:after="0" w:line="187" w:lineRule="exact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Evidence-linked recommendations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16FF84CA" wp14:editId="6395E61D">
                <wp:simplePos x="0" y="0"/>
                <wp:positionH relativeFrom="page">
                  <wp:posOffset>381000</wp:posOffset>
                </wp:positionH>
                <wp:positionV relativeFrom="page">
                  <wp:posOffset>8661400</wp:posOffset>
                </wp:positionV>
                <wp:extent cx="2235200" cy="660400"/>
                <wp:effectExtent l="0" t="0" r="0" b="0"/>
                <wp:wrapNone/>
                <wp:docPr id="405772752" name="ace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200" cy="6604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25A3D" id="ace501" o:spid="_x0000_s1026" style="position:absolute;margin-left:30pt;margin-top:682pt;width:176pt;height:52pt;z-index:2518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33856" behindDoc="0" locked="0" layoutInCell="1" allowOverlap="1" wp14:anchorId="08A9D13D" wp14:editId="75CCB772">
                <wp:simplePos x="0" y="0"/>
                <wp:positionH relativeFrom="page">
                  <wp:posOffset>482600</wp:posOffset>
                </wp:positionH>
                <wp:positionV relativeFrom="page">
                  <wp:posOffset>8750300</wp:posOffset>
                </wp:positionV>
                <wp:extent cx="2032000" cy="177800"/>
                <wp:effectExtent l="0" t="0" r="0" b="0"/>
                <wp:wrapNone/>
                <wp:docPr id="520812159" name="ace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68331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Reactive quality checks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9D13D" id="ace502" o:spid="_x0000_s1124" style="position:absolute;margin-left:38pt;margin-top:689pt;width:160pt;height:14pt;z-index:25183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7CA68331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Reactive quality checks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49A689A6" wp14:editId="14FB7B1A">
                <wp:simplePos x="0" y="0"/>
                <wp:positionH relativeFrom="page">
                  <wp:posOffset>482600</wp:posOffset>
                </wp:positionH>
                <wp:positionV relativeFrom="page">
                  <wp:posOffset>9017000</wp:posOffset>
                </wp:positionV>
                <wp:extent cx="165100" cy="139700"/>
                <wp:effectExtent l="0" t="0" r="0" b="0"/>
                <wp:wrapNone/>
                <wp:docPr id="1787247962" name="ace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397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92C47" id="ace503" o:spid="_x0000_s1026" style="position:absolute;margin-left:38pt;margin-top:710pt;width:13pt;height:11pt;z-index:25183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" path="m,300r650,l650,r350,500l650,1000r,-300l,700,,300xe" fillcolor="#008c98" stroked="f" strokecolor="white" strokeweight=".7pt">
                <v:path arrowok="t" o:connecttype="custom" o:connectlocs="0,41910;107315,41910;107315,0;165100,69850;107315,139700;107315,97790;0,9779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35904" behindDoc="0" locked="0" layoutInCell="1" allowOverlap="1" wp14:anchorId="0EAE471A" wp14:editId="4EEA5BD4">
                <wp:simplePos x="0" y="0"/>
                <wp:positionH relativeFrom="page">
                  <wp:posOffset>749300</wp:posOffset>
                </wp:positionH>
                <wp:positionV relativeFrom="page">
                  <wp:posOffset>9017000</wp:posOffset>
                </wp:positionV>
                <wp:extent cx="1790700" cy="292100"/>
                <wp:effectExtent l="0" t="0" r="0" b="0"/>
                <wp:wrapNone/>
                <wp:docPr id="1037979422" name="ace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F54D90" w14:textId="77777777" w:rsidR="0094514B" w:rsidRDefault="00000000">
                            <w:pPr>
                              <w:spacing w:after="0" w:line="187" w:lineRule="exact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Continuous validation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E471A" id="ace504" o:spid="_x0000_s1125" style="position:absolute;margin-left:59pt;margin-top:710pt;width:141pt;height:23pt;z-index:25183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7DF54D90" w14:textId="77777777" w:rsidR="0094514B" w:rsidRDefault="00000000">
                      <w:pPr>
                        <w:spacing w:after="0" w:line="187" w:lineRule="exact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Continuous validation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0FD1B460" wp14:editId="7B0190FA">
                <wp:simplePos x="0" y="0"/>
                <wp:positionH relativeFrom="page">
                  <wp:posOffset>2768600</wp:posOffset>
                </wp:positionH>
                <wp:positionV relativeFrom="page">
                  <wp:posOffset>8661400</wp:posOffset>
                </wp:positionV>
                <wp:extent cx="2235200" cy="660400"/>
                <wp:effectExtent l="0" t="0" r="0" b="0"/>
                <wp:wrapNone/>
                <wp:docPr id="41361088" name="ace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200" cy="6604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6977D" id="ace505" o:spid="_x0000_s1026" style="position:absolute;margin-left:218pt;margin-top:682pt;width:176pt;height:52pt;z-index:25183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37952" behindDoc="0" locked="0" layoutInCell="1" allowOverlap="1" wp14:anchorId="0623B951" wp14:editId="2388FA85">
                <wp:simplePos x="0" y="0"/>
                <wp:positionH relativeFrom="page">
                  <wp:posOffset>2870200</wp:posOffset>
                </wp:positionH>
                <wp:positionV relativeFrom="page">
                  <wp:posOffset>8750300</wp:posOffset>
                </wp:positionV>
                <wp:extent cx="2032000" cy="177800"/>
                <wp:effectExtent l="0" t="0" r="0" b="0"/>
                <wp:wrapNone/>
                <wp:docPr id="1013507826" name="ace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5087C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Coding and denials siloed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3B951" id="ace506" o:spid="_x0000_s1126" style="position:absolute;margin-left:226pt;margin-top:689pt;width:160pt;height:14pt;z-index:25183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0935087C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Coding and denials siloed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58FF8C98" wp14:editId="5EC1799C">
                <wp:simplePos x="0" y="0"/>
                <wp:positionH relativeFrom="page">
                  <wp:posOffset>2870200</wp:posOffset>
                </wp:positionH>
                <wp:positionV relativeFrom="page">
                  <wp:posOffset>9017000</wp:posOffset>
                </wp:positionV>
                <wp:extent cx="165100" cy="139700"/>
                <wp:effectExtent l="0" t="0" r="0" b="0"/>
                <wp:wrapNone/>
                <wp:docPr id="737418568" name="ace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397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FD1B6" id="ace507" o:spid="_x0000_s1026" style="position:absolute;margin-left:226pt;margin-top:710pt;width:13pt;height:11pt;z-index:25183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" path="m,300r650,l650,r350,500l650,1000r,-300l,700,,300xe" fillcolor="#008c98" stroked="f" strokecolor="white" strokeweight=".7pt">
                <v:path arrowok="t" o:connecttype="custom" o:connectlocs="0,41910;107315,41910;107315,0;165100,69850;107315,139700;107315,97790;0,9779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40000" behindDoc="0" locked="0" layoutInCell="1" allowOverlap="1" wp14:anchorId="3F634012" wp14:editId="5D9DC9AE">
                <wp:simplePos x="0" y="0"/>
                <wp:positionH relativeFrom="page">
                  <wp:posOffset>3136900</wp:posOffset>
                </wp:positionH>
                <wp:positionV relativeFrom="page">
                  <wp:posOffset>9017000</wp:posOffset>
                </wp:positionV>
                <wp:extent cx="1790700" cy="292100"/>
                <wp:effectExtent l="0" t="0" r="0" b="0"/>
                <wp:wrapNone/>
                <wp:docPr id="1664108196" name="ace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B2CE8" w14:textId="77777777" w:rsidR="0094514B" w:rsidRDefault="00000000">
                            <w:pPr>
                              <w:spacing w:after="0" w:line="187" w:lineRule="exact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Closed-loop intelligence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634012" id="ace508" o:spid="_x0000_s1127" style="position:absolute;margin-left:247pt;margin-top:710pt;width:141pt;height:23pt;z-index:25184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" filled="f" stroked="f" strokecolor="white" strokeweight=".7pt">
                <v:path arrowok="t"/>
                <v:textbox inset="0,0,0,0">
                  <w:txbxContent>
                    <w:p w14:paraId="748B2CE8" w14:textId="77777777" w:rsidR="0094514B" w:rsidRDefault="00000000">
                      <w:pPr>
                        <w:spacing w:after="0" w:line="187" w:lineRule="exact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Closed-loop intelligence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094EFB92" wp14:editId="3615BDF9">
                <wp:simplePos x="0" y="0"/>
                <wp:positionH relativeFrom="page">
                  <wp:posOffset>5156200</wp:posOffset>
                </wp:positionH>
                <wp:positionV relativeFrom="page">
                  <wp:posOffset>8661400</wp:posOffset>
                </wp:positionV>
                <wp:extent cx="2235200" cy="660400"/>
                <wp:effectExtent l="0" t="0" r="0" b="0"/>
                <wp:wrapNone/>
                <wp:docPr id="1904601131" name="ace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200" cy="660400"/>
                        </a:xfrm>
                        <a:prstGeom prst="rect">
                          <a:avLst/>
                        </a:prstGeom>
                        <a:solidFill>
                          <a:srgbClr val="EFF5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586FD" id="ace509" o:spid="_x0000_s1026" style="position:absolute;margin-left:406pt;margin-top:682pt;width:176pt;height:52pt;z-index: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" fillcolor="#eff5f9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42048" behindDoc="0" locked="0" layoutInCell="1" allowOverlap="1" wp14:anchorId="7B25BA31" wp14:editId="7164E79A">
                <wp:simplePos x="0" y="0"/>
                <wp:positionH relativeFrom="page">
                  <wp:posOffset>5257800</wp:posOffset>
                </wp:positionH>
                <wp:positionV relativeFrom="page">
                  <wp:posOffset>8750300</wp:posOffset>
                </wp:positionV>
                <wp:extent cx="2032000" cy="177800"/>
                <wp:effectExtent l="0" t="0" r="0" b="0"/>
                <wp:wrapNone/>
                <wp:docPr id="1127251285" name="ace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ABD05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color w:val="526B7F"/>
                                <w:sz w:val="16"/>
                              </w:rPr>
                              <w:t>Limited decision traceability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5BA31" id="ace510" o:spid="_x0000_s1128" style="position:absolute;margin-left:414pt;margin-top:689pt;width:160pt;height:14pt;z-index:25184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" filled="f" stroked="f" strokecolor="white" strokeweight=".7pt">
                <v:path arrowok="t"/>
                <v:textbox inset="0,0,0,0">
                  <w:txbxContent>
                    <w:p w14:paraId="282ABD05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color w:val="526B7F"/>
                          <w:sz w:val="16"/>
                        </w:rPr>
                        <w:t>Limited decision traceability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4715FE40" wp14:editId="31C7A81B">
                <wp:simplePos x="0" y="0"/>
                <wp:positionH relativeFrom="page">
                  <wp:posOffset>5257800</wp:posOffset>
                </wp:positionH>
                <wp:positionV relativeFrom="page">
                  <wp:posOffset>9017000</wp:posOffset>
                </wp:positionV>
                <wp:extent cx="165100" cy="139700"/>
                <wp:effectExtent l="0" t="0" r="0" b="0"/>
                <wp:wrapNone/>
                <wp:docPr id="1364211367" name="ace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39700"/>
                        </a:xfrm>
                        <a:custGeom>
                          <a:avLst/>
                          <a:gdLst>
                            <a:gd name="T0" fmla="*/ 0 w 1000"/>
                            <a:gd name="T1" fmla="*/ 300 h 1000"/>
                            <a:gd name="T2" fmla="*/ 650 w 1000"/>
                            <a:gd name="T3" fmla="*/ 300 h 1000"/>
                            <a:gd name="T4" fmla="*/ 650 w 1000"/>
                            <a:gd name="T5" fmla="*/ 0 h 1000"/>
                            <a:gd name="T6" fmla="*/ 1000 w 1000"/>
                            <a:gd name="T7" fmla="*/ 500 h 1000"/>
                            <a:gd name="T8" fmla="*/ 650 w 1000"/>
                            <a:gd name="T9" fmla="*/ 1000 h 1000"/>
                            <a:gd name="T10" fmla="*/ 650 w 1000"/>
                            <a:gd name="T11" fmla="*/ 700 h 1000"/>
                            <a:gd name="T12" fmla="*/ 0 w 1000"/>
                            <a:gd name="T13" fmla="*/ 7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300"/>
                              </a:moveTo>
                              <a:lnTo>
                                <a:pt x="650" y="300"/>
                              </a:lnTo>
                              <a:lnTo>
                                <a:pt x="650" y="0"/>
                              </a:lnTo>
                              <a:lnTo>
                                <a:pt x="1000" y="500"/>
                              </a:lnTo>
                              <a:lnTo>
                                <a:pt x="650" y="1000"/>
                              </a:lnTo>
                              <a:lnTo>
                                <a:pt x="650" y="700"/>
                              </a:lnTo>
                              <a:lnTo>
                                <a:pt x="0" y="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C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56E7E" id="ace511" o:spid="_x0000_s1026" style="position:absolute;margin-left:414pt;margin-top:710pt;width:13pt;height:11pt;z-index:25184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" path="m,300r650,l650,r350,500l650,1000r,-300l,700,,300xe" fillcolor="#008c98" stroked="f" strokecolor="white" strokeweight=".7pt">
                <v:path arrowok="t" o:connecttype="custom" o:connectlocs="0,41910;107315,41910;107315,0;165100,69850;107315,139700;107315,97790;0,9779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44096" behindDoc="0" locked="0" layoutInCell="1" allowOverlap="1" wp14:anchorId="5388D8E4" wp14:editId="43F58ECD">
                <wp:simplePos x="0" y="0"/>
                <wp:positionH relativeFrom="page">
                  <wp:posOffset>5524500</wp:posOffset>
                </wp:positionH>
                <wp:positionV relativeFrom="page">
                  <wp:posOffset>9017000</wp:posOffset>
                </wp:positionV>
                <wp:extent cx="1790700" cy="292100"/>
                <wp:effectExtent l="0" t="0" r="0" b="0"/>
                <wp:wrapNone/>
                <wp:docPr id="1321958196" name="ace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F5D3C" w14:textId="77777777" w:rsidR="0094514B" w:rsidRDefault="00000000">
                            <w:pPr>
                              <w:spacing w:after="0" w:line="187" w:lineRule="exact"/>
                            </w:pPr>
                            <w:r>
                              <w:rPr>
                                <w:b/>
                                <w:color w:val="102B46"/>
                                <w:sz w:val="17"/>
                              </w:rPr>
                              <w:t>End-to-end audit trail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8D8E4" id="ace512" o:spid="_x0000_s1129" style="position:absolute;margin-left:435pt;margin-top:710pt;width:141pt;height:23pt;z-index:25184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" filled="f" stroked="f" strokecolor="white" strokeweight=".7pt">
                <v:path arrowok="t"/>
                <v:textbox inset="0,0,0,0">
                  <w:txbxContent>
                    <w:p w14:paraId="0D7F5D3C" w14:textId="77777777" w:rsidR="0094514B" w:rsidRDefault="00000000">
                      <w:pPr>
                        <w:spacing w:after="0" w:line="187" w:lineRule="exact"/>
                      </w:pPr>
                      <w:r>
                        <w:rPr>
                          <w:b/>
                          <w:color w:val="102B46"/>
                          <w:sz w:val="17"/>
                        </w:rPr>
                        <w:t>End-to-end audit trail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3E741E7F" wp14:editId="07C2C7AE">
                <wp:simplePos x="0" y="0"/>
                <wp:positionH relativeFrom="page">
                  <wp:posOffset>381000</wp:posOffset>
                </wp:positionH>
                <wp:positionV relativeFrom="page">
                  <wp:posOffset>9499600</wp:posOffset>
                </wp:positionV>
                <wp:extent cx="7010400" cy="12700"/>
                <wp:effectExtent l="0" t="0" r="0" b="0"/>
                <wp:wrapNone/>
                <wp:docPr id="1768141026" name="ace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0400" cy="12700"/>
                        </a:xfrm>
                        <a:prstGeom prst="rect">
                          <a:avLst/>
                        </a:prstGeom>
                        <a:solidFill>
                          <a:srgbClr val="CB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C6B8B" id="ace513" o:spid="_x0000_s1026" style="position:absolute;margin-left:30pt;margin-top:748pt;width:552pt;height:1pt;z-index:25184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" fillcolor="#cbdce6" stroked="f" strokecolor="white" strokeweight=".7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46144" behindDoc="0" locked="0" layoutInCell="1" allowOverlap="1" wp14:anchorId="56731402" wp14:editId="17D37A9A">
                <wp:simplePos x="0" y="0"/>
                <wp:positionH relativeFrom="page">
                  <wp:posOffset>381000</wp:posOffset>
                </wp:positionH>
                <wp:positionV relativeFrom="page">
                  <wp:posOffset>9639300</wp:posOffset>
                </wp:positionV>
                <wp:extent cx="6731000" cy="254000"/>
                <wp:effectExtent l="0" t="0" r="0" b="0"/>
                <wp:wrapNone/>
                <wp:docPr id="1548602029" name="ace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31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4D1C9" w14:textId="77777777" w:rsidR="0094514B" w:rsidRDefault="00000000">
                            <w:pPr>
                              <w:spacing w:after="0" w:line="176" w:lineRule="exact"/>
                            </w:pPr>
                            <w:r>
                              <w:rPr>
                                <w:b/>
                                <w:color w:val="102B46"/>
                                <w:sz w:val="16"/>
                              </w:rPr>
                              <w:t>Three Shores AI ACE™ — Autonomous Coding. Human Accountability. Mission-Ready Intelligence.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31402" id="ace514" o:spid="_x0000_s1130" style="position:absolute;margin-left:30pt;margin-top:759pt;width:530pt;height:20pt;z-index:25184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2C74D1C9" w14:textId="77777777" w:rsidR="0094514B" w:rsidRDefault="00000000">
                      <w:pPr>
                        <w:spacing w:after="0" w:line="176" w:lineRule="exact"/>
                      </w:pPr>
                      <w:r>
                        <w:rPr>
                          <w:b/>
                          <w:color w:val="102B46"/>
                          <w:sz w:val="16"/>
                        </w:rPr>
                        <w:t>Three Shores AI ACE™ — Autonomous Coding. Human Accountability. Mission-Ready Intelligence.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47168" behindDoc="0" locked="0" layoutInCell="1" allowOverlap="1" wp14:anchorId="271332AC" wp14:editId="268BCA53">
                <wp:simplePos x="0" y="0"/>
                <wp:positionH relativeFrom="page">
                  <wp:posOffset>7162800</wp:posOffset>
                </wp:positionH>
                <wp:positionV relativeFrom="page">
                  <wp:posOffset>9639300</wp:posOffset>
                </wp:positionV>
                <wp:extent cx="254000" cy="190500"/>
                <wp:effectExtent l="0" t="0" r="0" b="0"/>
                <wp:wrapNone/>
                <wp:docPr id="457552912" name="ace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889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BE4CF" w14:textId="77777777" w:rsidR="0094514B" w:rsidRDefault="00000000">
                            <w:pPr>
                              <w:spacing w:after="0" w:line="176" w:lineRule="exact"/>
                              <w:jc w:val="right"/>
                            </w:pPr>
                            <w:r>
                              <w:rPr>
                                <w:b/>
                                <w:color w:val="008C98"/>
                                <w:sz w:val="16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332AC" id="ace515" o:spid="_x0000_s1131" style="position:absolute;margin-left:564pt;margin-top:759pt;width:20pt;height:15pt;z-index:25184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" filled="f" stroked="f" strokecolor="white" strokeweight=".7pt">
                <v:path arrowok="t"/>
                <v:textbox inset="0,0,0,0">
                  <w:txbxContent>
                    <w:p w14:paraId="6EBBE4CF" w14:textId="77777777" w:rsidR="0094514B" w:rsidRDefault="00000000">
                      <w:pPr>
                        <w:spacing w:after="0" w:line="176" w:lineRule="exact"/>
                        <w:jc w:val="right"/>
                      </w:pPr>
                      <w:r>
                        <w:rPr>
                          <w:b/>
                          <w:color w:val="008C98"/>
                          <w:sz w:val="16"/>
                        </w:rPr>
                        <w:t>02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sectPr w:rsidR="0094514B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0665923">
    <w:abstractNumId w:val="8"/>
  </w:num>
  <w:num w:numId="2" w16cid:durableId="1852180424">
    <w:abstractNumId w:val="6"/>
  </w:num>
  <w:num w:numId="3" w16cid:durableId="1706368551">
    <w:abstractNumId w:val="5"/>
  </w:num>
  <w:num w:numId="4" w16cid:durableId="897085648">
    <w:abstractNumId w:val="4"/>
  </w:num>
  <w:num w:numId="5" w16cid:durableId="806164302">
    <w:abstractNumId w:val="7"/>
  </w:num>
  <w:num w:numId="6" w16cid:durableId="1930966304">
    <w:abstractNumId w:val="3"/>
  </w:num>
  <w:num w:numId="7" w16cid:durableId="1249465585">
    <w:abstractNumId w:val="2"/>
  </w:num>
  <w:num w:numId="8" w16cid:durableId="1245452941">
    <w:abstractNumId w:val="1"/>
  </w:num>
  <w:num w:numId="9" w16cid:durableId="12463825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4A0E"/>
    <w:rsid w:val="0094514B"/>
    <w:rsid w:val="009A6FB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17AC12"/>
  <w14:defaultImageDpi w14:val="300"/>
  <w15:docId w15:val="{CD59F201-0478-7841-98E7-6F4ECE9A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</Words>
  <Characters>326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Shores AI ACE Autonomous Coding Engine</dc:title>
  <dc:subject/>
  <dc:creator>Three Shores AI</dc:creator>
  <cp:keywords/>
  <dc:description>generated by python-docx</dc:description>
  <cp:lastModifiedBy>Muntaha Wali</cp:lastModifiedBy>
  <cp:revision>2</cp:revision>
  <dcterms:created xsi:type="dcterms:W3CDTF">2026-10-01T23:17:00Z</dcterms:created>
  <dcterms:modified xsi:type="dcterms:W3CDTF">2026-10-01T23:17:00Z</dcterms:modified>
  <cp:category/>
</cp:coreProperties>
</file>